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身份认证介绍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身份认证是保利威的验资手段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身份认证介绍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