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知识库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知识库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知识库是一个集中管理和存储知识的平台，支持多种格式的知识内容添加与管理。用户可以通过两种主要方式将知识内容添加到知识库中：从点播添加视频：用户可以选择云点播系统中已生成字幕的视频添加到知识库。如果视频没有字幕，需要先在云点播系统中生成字幕后再进行添加。这种方式特别适合将培训视频、产品演示视频等内容纳入知识库。从素材库添加文档：用户可以直接上传txt、docx、xlsx格式的文档到知识库，文档大小不超过100M。对于xlsx格式的文档，系统提供了模板下载功能，用户需根据模板填写内容后再上传，确保数据能被AI读取并学习。知识库的核心功能是为AI答疑助手提供学习素材。AI答疑助手会通过学习知识库中的内容，将其关联、学习并训练为自己的知识体系，从而提升智能问答的准确性和效率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提升AI答疑助手的能力：知识库为AI答疑助手提供了丰富的学习素材，帮助AI更好地理解业务、产品和服务，从而提升智能问答的准确性和响应速度。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观众在直播观看页与AI答疑助手进行交流时，当涉及知识库中提供给AI助手学习的内容，AI助手能更好地回答观众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277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e26baa519d100de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277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文档大小不超过100M2. 对于xlsx格式的文档,需按模板上传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关于AI答疑助手与知识库的联动使用可以看：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AI助手答疑</w:t>
      </w:r>
    </w:p>
    <w:p>
      <w:pPr>
        <w:pStyle w:val="Heading3"/>
      </w:pPr>
      <w:r>
        <w:t>1.进入直播间后台，在“AI应用”栏下找到知识库，点击进入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634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c2787f1c95c99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6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2.点击右上角“添加知识”，弹出上传知识弹窗，可以选择两种方式进行上传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123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10cd23e9c4458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12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a.从云点播系统中已生成字幕的视频中进行选择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429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d49bf6386fd10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4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从素材库中选择文档添加（该功能需要开通，开通前是从本地添加文档），xlsx格式的文档需先下载模板，在模板基础上修改后方可添加一般文档上传-&gt;勾选-&gt;确认添加即可![](https://liveimages.videocc.net/help_doc/e1db9c16-233d-4aaa-8bc4-227738e25657.png)</w:t>
      </w:r>
    </w:p>
    <w:p>
      <w:pPr>
        <w:pStyle w:val="Heading3"/>
      </w:pPr>
      <w:r>
        <w:t>4.添加完成后，可以筛选搜索已添加文档，后续可以将知识库的内容关联到AI助手进行训练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关于AI答疑助手与知识库的联动使用可以看：[AI助手答疑]![](https://liveimages.videocc.net/help_doc/f486aaaa-44e1-4852-9364-f8e563b37749.png)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知识库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