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如何检测当前麦克风是否可以正常使用？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1、点击下面网址进行测试:https://webcammictest.com/check-mic.html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73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b4cd176265c97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7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2、进行授权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5677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13395ab0e8767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567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3、若检测的麦克风音量或设备列表中无可用设备，您需要检查麦克风设备是否异常或更换麦克风；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7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bde6a2285db05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7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7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721c602566642a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73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如何检测当前麦克风是否可以正常使用？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