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ChatroomMessageAuditReferencePrompt</w:t>
      </w:r>
    </w:p>
    <w:p>
      <w:pPr>
        <w:pStyle w:val="Heading1"/>
      </w:pPr>
      <w:r>
        <w:t>**一、 功能简介**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欢迎使用 AI 消息审核功能！本功能旨在帮助您利用人工智能技术，自动管理直播间内的聊天消息，实时过滤广告、不当言论及其他违规内容。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通过配置一套清晰的审核规则，AI 将成为您 7x24 小时不间断的智能场控，为您节省大量人工审核成本，有效维护直播间的良好互动氛围，保障您的品牌形象。</w:t>
      </w:r>
    </w:p>
    <w:p>
      <w:pPr>
        <w:pStyle w:val="Heading1"/>
      </w:pPr>
      <w:r>
        <w:t>**二、 配置核心与最佳实践**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本功能的核心在于【AI 审核规则】输入框。您需要在这里输入明确的指令，告诉 AI 需要“禁止”哪些内容和行为。为了达到最佳的审核效果，我们建议您遵循以下几点最佳实践：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规则越明确，AI 越聪明：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请使用清晰、无歧义的语言描述您要禁止的行为。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覆盖“变体词”与“谐音词”：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考虑到用户可能会使用变体、错别字或谐音来规避审核，您可以在规则中加入这些可能的变体（例如，同时包含“微信”、“V信”、“vx”）。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从严入手，逐步优化：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建议您初期设置一套相对严格的规则，后续根据实际运营情况和用户反馈，进行调整和优化。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定期维护与更新：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网络语言和垃圾广告的形式不断变化，建议您定期回顾并更新您的审核规则库。</w:t>
      </w:r>
    </w:p>
    <w:p>
      <w:pPr>
        <w:pStyle w:val="Heading1"/>
      </w:pPr>
      <w:r>
        <w:t>**三、 行业规则模板参考**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我们根据不同行业的直播特点和常见痛点，为您准备了以下规则模板。您可以直接复制使用，或根据您的具体直播内容进行修改和补充。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**（一） 教育培训行业**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目标：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维护专注、纯粹的学习氛围，防止广告引流和无关信息干扰。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禁止发送任何形式的个人或群组联系方式，包括但不限于微信号、QQ号、手机号。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禁止发布任何外部网站链接、二维码图片或意图将用户引导至第三方平台的行为。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禁止推广、讨论或提及其他任何非官方授权的培训机构、课程或学习资料。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禁止在公屏讨论与当前学习内容无关的话题，例如游戏、影视、娱乐八卦等。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禁止通过刷屏、发送大量重复文字或无意义表情符号等方式，干扰正常的课堂秩序。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禁止对老师、助教或同学进行任何人身攻击、侮辱、谩骂或恶意嘲讽。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禁止发布任何打击他人学习积极性、散布负面情绪或无端抱怨的消极言论。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禁止在直播过程中索要、分享或讨论任何形式的考试答案。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禁止发布涉及代考、代写作业、有偿解题等学术不诚信的信息。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**（二） 电商直播行业**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目标：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聚焦商品介绍与销售转化，防止恶意比价和私下交易风险。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禁止在评论中提及其他电商平台、直播间或线下店铺的名称。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禁止发布任何形式的恶意比价言论，或通过诋毁、中伤等方式攻击本直播间商品。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严禁发布任何旨在引导私下交易的联系方式，包括但不限于微信号、手机号、QQ号。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禁止讨论或发起任何非官方链接的交易行为，或提及非官方支付方式。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禁止发布虚假中奖、刷单返现、好评有礼等可能涉及欺诈或诱导行为的信息。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禁止对主播、模特、客服等工作人员进行任何人身攻击、侮辱、骚扰或恶意调侃。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禁止发布未经证实的、恶意的商品负面评价，或散播关于物流、售后的不实言论。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禁止发送与本场直播商品无关的任何商业广告、招商加盟、店铺推广或微商信息。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**（三） 财经知识/投资理财行业**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目标：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确保内容高度合规，防范金融诈骗，管理风险言论。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严格禁止在直播间推荐任何具体的股票代码、基金名称或其他投资标的。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严禁做出任何形式的投资回报承诺，例如“保证收益”、“稳赚不赔”、“明天必涨”等。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严禁以“指导操作”、“内幕消息”等名义，引导用户添加个人联系方式或加入任何非官方社群。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严禁推广任何非法投资平台、代客理财、收费荐股等违法违规服务。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禁止散播任何未经官方证实的小道消息、市场传闻或可能引起公众恐慌的言论。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禁止对主播、嘉宾或其他用户进行人身攻击、谩骂、诽谤或恶意中伤。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禁止使用“韭菜”、“傻多”、“空狗”等行业黑话对他人进行人身攻击或嘲讽。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禁止讨论任何涉及洗钱、非法集资等违法金融活动的话题。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2"/>
      </w:pPr>
      <w:r>
        <w:t>**（四） 娱乐互动/秀场直播行业**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目标：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营造轻松友好的互动环境，严防低俗、涉黄内容和网络暴力。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严格禁止发布任何淫秽、色情、具有性暗示或低级趣味的文字、符号和链接。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禁止讨论任何涉黄、擦边球的低俗话题，或索要主播的私密信息。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禁止对主播或任何用户进行外貌、才艺等方面的攻击、侮辱、谩骂、诽谤。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禁止挑起粉丝群体间的矛盾、对立与争吵，禁止任何形式的引战或网络暴力行为。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禁止发布任何形式的商业广告，包括产品推广、店铺链接或招商信息。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禁止发布菠菜、**等非法广告或售卖盗版资源、违禁品等信息。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禁止索要或发布任何人的私人信息，包括手机号、微信号、家庭住址、身份证号等。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禁止讨论涉及暴力、血腥、自杀、自残等可能引起他人不适或模仿的危险话题。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**四、 完成设置**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在您根据自身需求完成规则的填写或修改后，请务必点击页面下方的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【保存】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按钮，您的 AI 消息审核配置即可生效。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希望本篇指南能帮助您更好地使用此功能，祝您直播顺利！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ChatroomMessageAuditReferencePrompt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