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投诉反馈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投诉反馈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观众在观看直播过程中遇到问题或发现违规内容时，可通过投诉或反馈功能将相关内容提交至管理后台，便于管理员及时处理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通过投诉或反馈功能，帮助管理员快速识别并处理直播中的问题或违规行为，维护良好的直播环境，保障用户权益，提升内容合规性与用户体验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当观众对直播内容有疑问、建议，或发现违规言论、不良行为、虚假信息等违反平台规则的内容时，可通过投诉或反馈功能向后台提交，管理员将根据投诉或反馈内容采取相应措施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59123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254ee99bfeeba64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59123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二、操作步骤</w:t>
      </w:r>
    </w:p>
    <w:p>
      <w:pPr>
        <w:pStyle w:val="Heading2"/>
      </w:pPr>
      <w:r>
        <w:t>1、后台设置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（1）登录保利威后台，进入单个频道的合规风控选项中，找到“投诉反馈”功能。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181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9d6d476077b70f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18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（2）打开功能开关。按钮位置的选择将对H5端生效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181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1777d84bd050f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18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（3）效果展示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网页观看端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792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f7a158ad13a939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79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H5 观看页 “更多” 弹窗内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566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69158387750a70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56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H5 观看页 外置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31414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e9709314b1dd719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3141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H5 回放地址观看页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30076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a6ca5ab3816d7e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3007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（4）点击投诉反馈按钮，进入投诉反馈详情页，用户可自主填写“投诉类型”、“所属分类”、“反馈内容”、“图片证据”、“联系方式”等相关投诉反馈信息，然后点击“提交”即可举报反馈成功。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00917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8e8a3f3453363bf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0091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2、导出举报信息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（1）导出方式一：直接在后台点击“导出”按钮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4846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622b4103c9cdc6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48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46587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e89a6fa9759cc56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465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（2）导出方式二：通过配置回调导出，具体参考：</w:t>
      </w:r>
    </w:p>
    <w:p/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反馈举报信息回调通知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投诉反馈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