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助教页</w:t>
      </w:r>
    </w:p>
    <w:p>
      <w:pPr>
        <w:pStyle w:val="Heading1"/>
      </w:pPr>
      <w:r>
        <w:t>1.什么是助教角色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助教是直播间的协同管理者，主要权限包括：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协助主讲控场、活跃气氛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管理观众与聊天秩序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操作互动、营销与商品工具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监看直播状态，及时处理异常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助教权限可灵活配置，适用于培训、营销、电商等多种直播场景</w:t>
      </w:r>
    </w:p>
    <w:p>
      <w:pPr>
        <w:pStyle w:val="Heading1"/>
      </w:pPr>
      <w:r>
        <w:t>2. 助教角色设置</w:t>
      </w:r>
    </w:p>
    <w:p>
      <w:pPr>
        <w:pStyle w:val="Heading2"/>
      </w:pPr>
      <w:r>
        <w:t>2.1 设置入口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管理后台路径： 频道 → 角色设置 → 助教设置</w:t>
      </w:r>
    </w:p>
    <w:p>
      <w:pPr>
        <w:pStyle w:val="Heading2"/>
      </w:pPr>
      <w:r>
        <w:t>2.2 可配置权限范围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根据实际需要勾选助教权限，包括但不限于：在线列表、聊天室审核、PPT翻页、监播、企微客户跟进等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详细说明： https://help.polyv.net/index.html#/live/product/live_bgm/live_bgm_assistant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82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f06980c6ed6dc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16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059be606fa9a0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1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 助教登录方式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助教通过账号登录直播助教页，支持多种方式，无需安装 App，即开即用：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账号密码登录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免密登录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支持终端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 浏览器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 H5（手机浏览器）</w:t>
      </w:r>
    </w:p>
    <w:p>
      <w:pPr>
        <w:pStyle w:val="Heading1"/>
      </w:pPr>
      <w:r>
        <w:t>4. PC端-助教页操作说明</w:t>
      </w:r>
    </w:p>
    <w:p>
      <w:pPr>
        <w:pStyle w:val="Heading2"/>
      </w:pPr>
      <w:r>
        <w:t>4.1 管理聊天互动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聊天审核：可选择AI智能审核或人工审核模式，拦截不当发言。同时支持设置免审白名单和严禁词库，实现自动化管理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严禁词-帮助文档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查看消息：可在「聊天」、「提问」、「问答」标签页下查看不同类型的观众消息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提问、问答需要在管理后台-聊天室开启开关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管理观众：在「在线人数」标签页，可查看当前所有观众的列表，对于单个观众，可进行禁言、踢出、回复评论、私聊或点赞夸奖等操作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全体禁言：一键禁止所有观众发言，适用于需要集中讲解或维持秩序的场景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消息上墙：将优质的观众评论固定在直播间展示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消息上墙-帮助文档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切换身份：支持切换不同的预设身份（如不同头衔和昵称）进行发言，以活跃直播间气氛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e54eaf4b81468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4.2 使用营销工具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发起签到：用于统计到场人数或作为活动参与凭证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发布公告：将重要信息以醒目的方式展示在直播间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推送问卷/答题卡：用于收集观众反馈、进行市场调研或检验学习效果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问卷-帮助文档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答题卡-帮助文档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发起抽奖：通过多种抽奖形式活跃气氛，提升观众参与度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发放红包：支持发放现金或外部积分红包，是快速提升直播间热度的有效工具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红包-帮助文档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卡片推送：将预设的商品链接、公众号名片等信息以卡片形式推送给所有观众，有效引导转化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卡片推送-帮助文档</w:t>
      </w:r>
    </w:p>
    <w:p>
      <w:pPr>
        <w:pStyle w:val="Heading2"/>
      </w:pPr>
      <w:r>
        <w:t>4.3 管理商品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商品库是实现直播带货的核心功能区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商品库-帮助文档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商品列表：商品库分为「已上架」和「已下架」两个列表，分别管理在售和已下架的商品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添加与搜索：点击“添加商品”可录入新商品信息，也可通过名称快速搜索已有商品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核心操作：对于“已上架”的商品，可进行以下操作：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推送：以小卡片或大卡片的形式，在直播间醒目地展示商品，引导观众下单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排序/置顶：调整商品在列表中的顺序，或将爆款商品置顶显示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下架：将商品移入“已下架”列表，观众将无法再看到或购买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隐藏价格/开价：可根据直播节奏控制商品价格的显示和隐藏，从而吸引观众下单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商品讲解：可以为商品录制讲解视频，观众在直播中随时回看商品讲解，精彩片段不错过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商品讲解-帮助文档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设为售罄：可以根据直播销售节奏，灵活将外链商品设为售罄、取消售罄（直接购买商品暂不支持此操作）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327fef124d8f4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4.4 企微客户跟进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可在「管理后台-助教页-角色设置」中为助教开启「企微客户跟进」权限；开启后，助教即可在助教页的「实时趋势」模块下看到「企微跟进客户」入口（注意：账号需要接入企微）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助教端的企微跟进客户页面，将完整同步「管理后台-企微营销-跟进记录」的数据表格，包含一致的列表字段与筛选项，便于助教及时查询客户跟进状态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91165015b036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558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2b8059801db79d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5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4.5 顶部信息展示&amp;操作区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顶部展示直播间名称、直播状态、主讲信息、频道号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支持在顶部下载导出的数据、切换深浅模式、设置助教页布局、切换账号、中断直播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6436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6ea88015f67605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64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353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2bcc9c7d5ef826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35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5. 移动端-助教页操作说明</w:t>
      </w:r>
    </w:p>
    <w:p>
      <w:pPr>
        <w:pStyle w:val="Heading2"/>
      </w:pPr>
      <w:r>
        <w:t>5.1 访问方式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使用手机浏览器打开助教后台链接，即可进入移动端助教页，适合外出或无电脑场景。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983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e8aeaaf0137183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98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5.2 核心功能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移动端助教页聚焦高频的核心操作，便于在无电脑的情况下轻松管理直播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互动功能：移动端助教页支持发起和管理直播互动功能，产品逻辑与 PC 助教页保持一致。当前支持签到、公告、调研收集、随堂考试、答题卡、抽奖、福袋、红包、计时器和卡片推送。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12099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e88a84c2e6a79c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120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高效聊天管理：支持发送图文、表情，并对观众评论进行回复、禁言、踢出或删除等操作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f5a72cd3acca5c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便捷商品管理：支持完成商品的推送、上下架以及批量管理等高频操作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d3c98ea13b4a3c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1838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a50fa897bd4230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18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在线人数：助教可实时查看、搜索观众，并执行禁言、踢出等操作，高效维护直播间秩序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208d49c7b1212a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切换电脑版：随时点击右上角的“电脑版”按钮，即可切换到功能更全面的PC版界面进行管理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59169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11ac1263ef1a7a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59169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助教页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