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部分服务下架计划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为适应新的市场环境和技术更迭，保利威直播产品已全方位升级。部分旧版产品因体验及技术陈旧问题，将逐步下架。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本文提供该部分保利威产品的下架计划，请及时更替或升级你的解决方案。</w:t>
      </w:r>
    </w:p>
    <w:p>
      <w:pPr>
        <w:pStyle w:val="Heading1"/>
      </w:pPr>
      <w:r>
        <w:t>SaaS旧版观看页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退休计划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自2021年8月1日起，保利威启动对旧版观看页的退休流程。具体计划如下：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自2021年8月1日及之后，保利威不再接受对旧版观看页的功能新增及问题修复申请。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自2022年1月1日及之后，保利威正式停止对旧版观看页的支持，访问旧版观看页链接地址将自动显示为新版观看页样式。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升级方案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请在2021年12月31日前，将您的直播业务切换使用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新版观看页</w:t>
      </w:r>
      <w:r>
        <w:rPr>
          <w:rFonts w:ascii="Source Han Sans SC" w:hAnsi="Source Han Sans SC" w:eastAsia="Source Han Sans SC" w:cs="Source Han Sans SC" w:hint="eastAsia"/>
          <w:sz w:val="21"/>
        </w:rPr>
        <w:t>，具体操作方式：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在新版后台，创建的频道默认会使用新版观看页，无需做切换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在旧版后台，切换某个频道使用新版，登录管理后台---我的直播---要切换的频道---页面皮肤---观看页模板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808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d9fe4fe39a7e29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808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在旧版后台，设置新建的频道使用新版，登录管理后台---通用设置---观看页---观看页设置，需三分屏和纯视频都做切换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0307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52547f60154cfb1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030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3646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2782101e8ee19c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364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旧版移动端观看SDK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退休计划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自2021年8月1日起，保利威启动对旧版观看SDK的退休流程。具体计划如下：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旧版观看SDK包括：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polyv-android-live-sdk-2.0-demo、polyv-ios-liveplayer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polyv-ios-cloudClass-sdk、polyv-android-cloudClass-sdk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polyv-uniapp-cloudclass-plugin-android、polyv-uniapp-cloudclass-plugin-iOS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polyv-rn-cloudclass-sdk-demo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自2021年8月1日及之后，保利威不再接受对旧版观看SDK的功能新增申请。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自2022年1月1日及之后，保利威不再接受对旧版观看SDK的问题修复申请。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升级方案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请在2021年12月31日前，将直播业务中的旧版观看SDK升级为新版多场景SDK，新版项目地址：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polyv-ios-livescenes-sdk：https://github.com/polyv/polyv-ios-livescenes-sdk-demo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polyv-android-livescenes-sdk：https://gitee.com/polyv_ef/polyv-android-livescenes-sdk-demo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polyv-uniapp-livescenes-plugin：https://github.com/polyv/polyv-uniapp-livescenes-plugin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polyv-rn-livescenes-sdk-demo：https://github.com/polyv/polyv-rn-livescenes-sdk-demo</w:t>
      </w:r>
    </w:p>
    <w:p>
      <w:pPr>
        <w:pStyle w:val="Heading1"/>
      </w:pPr>
      <w:r>
        <w:t>旧版开播客户端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退休计划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自2021年8月1日起，保利威启动对旧版开播客户端的退休流程。具体计划如下：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旧版开播客户端包括：直播助手2.10.x\~2.12.x，直播助手3.6.x、大班课客户端、云课堂3.8.x\~3.12.x。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自2021年8月1日及之后，保利威不再接受对旧版客户端的功能新增及问题修复申请。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自2022年1月1日及之后，保利威正式停止对旧版开播客户端的支持。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升级方案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请在2021年12月31日前，将旧版开播客户端升级为新版4.x客户端，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操作手册：https://help.polyv.net/#/live/product/live_client/live_client_operation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下载入口：https://www.polyv.net/download/live/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如您遇到升级问题或障碍，请随时联系保利威售后团队。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部分服务下架计划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