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产品概述</w:t>
      </w:r>
    </w:p>
    <w:p>
      <w:pPr>
        <w:pStyle w:val="Heading1"/>
      </w:pPr>
      <w:r>
        <w:t>什么是云直播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云直播是面向企业直播业务的服务，支持新建直播、开播、观看、互动、分发、数据统计和回放管理等能力。企业可通过云直播承接培训、教学、营销活动、会议大会等直播场景。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云直播可与云点播配合使用，覆盖直播采集、传输、播放、互动、回放沉淀等环节，帮助企业完成从直播发起到内容复用的完整流程。</w:t>
      </w:r>
    </w:p>
    <w:p>
      <w:pPr>
        <w:pStyle w:val="Heading1"/>
      </w:pPr>
      <w:r>
        <w:t>适用场景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企业培训：面向员工培训、业务宣讲、内部分享等需要统一组织学习内容的直播。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教育教学：面向公开课、在线课程、空中课堂等需要展示课件、讲解内容并与观众互动的直播。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营销活动：面向产品发布、私域运营、活动推广等需要引导观众参与的直播。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会议大会：面向展会、年会、大会、空中宣讲会等需要多人同时观看和稳定分发的直播。</w:t>
      </w:r>
    </w:p>
    <w:p>
      <w:pPr>
        <w:pStyle w:val="Heading1"/>
      </w:pPr>
      <w:r>
        <w:t>核心能力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开放对接：支持通过 API 和各端 SDK 对接直播能力，适用于需要将直播能力接入自有系统、App、小程序或业务平台的场景。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内容安全：支持通过防盗链、防录屏、观看条件等能力控制直播观看范围，降低内容被非授权访问或传播的风险。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全流程管理：支持新建直播、开播、观看、互动、回放、数据统计等直播全流程能力。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多种开播方式：支持网页端开播、客户端开播、手机端开播和第三方推流，企业可根据直播场景选择合适的开播方式。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稳定观看体验：支持低延迟、高并发的直播观看场景，适用于需要稳定观看体验的大型直播活动。</w:t>
      </w:r>
    </w:p>
    <w:p>
      <w:pPr>
        <w:pStyle w:val="Heading1"/>
      </w:pPr>
      <w:r>
        <w:t>下一步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快速开启一场直播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基础概念说明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产品概述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