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保利威云直播小程序播放插件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保利威云直播小程序播放插件提供了开箱即用的直播播放器，为客户在小程序端快速接入直播能力提供了有力支持。</w:t>
      </w:r>
    </w:p>
    <w:p>
      <w:pPr>
        <w:pStyle w:val="Heading1"/>
      </w:pPr>
      <w:r>
        <w:t>快速接入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注意：请确保您的小程序具备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电商平台</w:t>
      </w:r>
      <w:r>
        <w:rPr>
          <w:rFonts w:ascii="Source Han Sans SC" w:hAnsi="Source Han Sans SC" w:eastAsia="Source Han Sans SC" w:cs="Source Han Sans SC" w:hint="eastAsia"/>
          <w:sz w:val="21"/>
        </w:rPr>
        <w:t>或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在线视频课程</w:t>
      </w:r>
      <w:r>
        <w:rPr>
          <w:rFonts w:ascii="Source Han Sans SC" w:hAnsi="Source Han Sans SC" w:eastAsia="Source Han Sans SC" w:cs="Source Han Sans SC" w:hint="eastAsia"/>
          <w:sz w:val="21"/>
        </w:rPr>
        <w:t>类目，否则无法使用本插件（详见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微信小程序相关文档说明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在接入过程中，除了本文档，也可以参阅官方的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小程序插件使用说明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添加插件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在小程序管理后台的“设置-第三方服务-插件管理”中查找并添加插件，有两种查找方式：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通过 appid 查找。填写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wxfb2e591959a8bacf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，搜索插件并添加。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通过插件名称查找。填写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Polyv观看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，搜索插件并添加。</w:t>
      </w:r>
    </w:p>
    <w:p>
      <w:pPr>
        <w:pStyle w:val="Heading2"/>
      </w:pPr>
      <w:r>
        <w:t>引入插件代码包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如无特殊情况，请尽量使用插件的最新版本。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使用插件前，使用者要在 app.json 中声明需要使用的插件</w:t>
        <w:br/>
        <w:t>"plugins": {</w:t>
        <w:br/>
        <w:t xml:space="preserve">  "polyv-live-player": {</w:t>
        <w:br/>
        <w:t xml:space="preserve">    "version": "0.13.0",</w:t>
        <w:br/>
        <w:t xml:space="preserve">    "provider": "wxfb2e591959a8bacf"</w:t>
        <w:br/>
        <w:t xml:space="preserve">  }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使用插件提供的自定义组件。在 json 文件定义需要引入的自定义组件时，使用 plugin:// 协议指明插件的引用名和自定义组件名</w:t>
        <w:br/>
        <w:t>"usingComponents": {</w:t>
        <w:br/>
        <w:t xml:space="preserve">  "polyv-live-player": "plugin://polyv-live-player/live-player"</w:t>
        <w:br/>
        <w:t>}</w:t>
      </w:r>
    </w:p>
    <w:p>
      <w:pPr>
        <w:pStyle w:val="Heading2"/>
      </w:pPr>
      <w:r>
        <w:t>调用播放器组件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</w:t>
        <w:br/>
        <w:t>videoOption 为视频配置</w:t>
        <w:br/>
        <w:t>controls 为控制栏配置</w:t>
        <w:br/>
        <w:t>appSettings 为鉴权配置</w:t>
        <w:br/>
        <w:t>配置字段见 API 说明</w:t>
        <w:br/>
        <w:t>--&gt;</w:t>
        <w:br/>
        <w:t>&lt;polyv-live-player</w:t>
        <w:br/>
        <w:t xml:space="preserve">  id="polyvPlayer"</w:t>
        <w:br/>
        <w:t xml:space="preserve">  videoOption="{{videoOption}}"</w:t>
        <w:br/>
        <w:t xml:space="preserve">  controls="{{controls}}"</w:t>
        <w:br/>
        <w:t xml:space="preserve">  appSetting="{{appSetting}}"</w:t>
        <w:br/>
        <w:t>&gt;</w:t>
        <w:br/>
        <w:t>&lt;/polyv-live-player&gt;</w:t>
      </w:r>
    </w:p>
    <w:p>
      <w:pPr>
        <w:pStyle w:val="Heading1"/>
      </w:pPr>
      <w:r>
        <w:t>API</w:t>
      </w:r>
    </w:p>
    <w:p>
      <w:pPr>
        <w:pStyle w:val="Heading2"/>
      </w:pPr>
      <w:r>
        <w:t>参数说明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videoOption: {</w:t>
        <w:br/>
        <w:t xml:space="preserve">  uid: '',</w:t>
        <w:br/>
        <w:t xml:space="preserve">  cid: '',</w:t>
        <w:br/>
        <w:t xml:space="preserve">  // 自动切换直播/暂存</w:t>
        <w:br/>
        <w:t xml:space="preserve">  isAutoChange: true,</w:t>
        <w:br/>
        <w:t xml:space="preserve">  // 画中画，同微信小程序video的 picture-in-picture-mode</w:t>
        <w:br/>
        <w:t xml:space="preserve">  pipMode: [],</w:t>
        <w:br/>
        <w:t xml:space="preserve">  // statistics 设置自定义统计参数</w:t>
        <w:br/>
        <w:t xml:space="preserve">  statistics: {</w:t>
        <w:br/>
        <w:t xml:space="preserve">    param1: 'param1',</w:t>
        <w:br/>
        <w:t xml:space="preserve">    param2: 'param2',</w:t>
        <w:br/>
        <w:t xml:space="preserve">    param4: 'param4',</w:t>
        <w:br/>
        <w:t xml:space="preserve">    param5: 'param5'</w:t>
        <w:br/>
        <w:t xml:space="preserve">  },</w:t>
        <w:br/>
        <w:t xml:space="preserve">  // 自动播放，默认true</w:t>
        <w:br/>
        <w:t xml:space="preserve">  autoplay: true,</w:t>
        <w:br/>
        <w:t xml:space="preserve">  // 回放视频循环播放，默认false</w:t>
        <w:br/>
        <w:t xml:space="preserve">  vodLoop: true,</w:t>
        <w:br/>
        <w:t xml:space="preserve">  // 回放指定视频初始播放位置, 单位秒</w:t>
        <w:br/>
        <w:t xml:space="preserve">  vodInitialTime: 20,</w:t>
        <w:br/>
        <w:t xml:space="preserve">  // 回放视频是否开启控制进度的手势, 默认false</w:t>
        <w:br/>
        <w:t xml:space="preserve">  vodEnableProgressGesture: true,</w:t>
        <w:br/>
        <w:t>},</w:t>
        <w:br/>
        <w:t>// app参数设置</w:t>
        <w:br/>
        <w:t>appSetting: {</w:t>
        <w:br/>
        <w:t xml:space="preserve">  // polyv后台appId</w:t>
        <w:br/>
        <w:t xml:space="preserve">  apiId: appId,</w:t>
        <w:br/>
        <w:t xml:space="preserve">  // 加密sign， 需要channelId, appId, timestamp 3个参数按照加密规则生成参数</w:t>
        <w:br/>
        <w:t xml:space="preserve">  sign,</w:t>
        <w:br/>
        <w:t xml:space="preserve">  // 时间戳</w:t>
        <w:br/>
        <w:t xml:space="preserve">  timestamp,</w:t>
        <w:br/>
        <w:t>},</w:t>
        <w:br/>
        <w:br/>
        <w:t>/**</w:t>
        <w:br/>
        <w:t xml:space="preserve"> * controls: Array | null | string</w:t>
        <w:br/>
        <w:t xml:space="preserve"> * 方式1: Array: ["play", "progress", "fullscreen", "refresh", "setting"]</w:t>
        <w:br/>
        <w:t xml:space="preserve"> *   play：播放/暂停按钮</w:t>
        <w:br/>
        <w:t xml:space="preserve"> *   progress：进度条</w:t>
        <w:br/>
        <w:t xml:space="preserve"> *   fullscreen：全屏按钮</w:t>
        <w:br/>
        <w:t xml:space="preserve"> *   refresh：刷新按钮（仅直播支持</w:t>
        <w:br/>
        <w:t xml:space="preserve"> *   setting: 设置按钮 (回放 + 直播)</w:t>
        <w:br/>
        <w:t xml:space="preserve"> *</w:t>
        <w:br/>
        <w:t xml:space="preserve"> * 方式2: controls: null 不显示控制栏</w:t>
        <w:br/>
        <w:t xml:space="preserve"> *</w:t>
        <w:br/>
        <w:t xml:space="preserve"> * 方式3：controls: 'default' 显示默认的控制栏</w:t>
        <w:br/>
        <w:t xml:space="preserve"> **/</w:t>
        <w:br/>
        <w:t>controls: ["play", "progress", "fullscreen", "refresh", "setting"]</w:t>
      </w:r>
    </w:p>
    <w:p>
      <w:pPr>
        <w:pStyle w:val="Heading2"/>
      </w:pPr>
      <w:r>
        <w:t>播放器接口</w:t>
      </w:r>
    </w:p>
    <w:p>
      <w:pPr>
        <w:pStyle w:val="Heading3"/>
      </w:pPr>
      <w:r>
        <w:t>获取组件的实例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假设插件的组件id为polyvPlayer</w:t>
        <w:br/>
        <w:t>const polyvVideoContext = this.selectComponent('#polyvPlayer');</w:t>
      </w:r>
    </w:p>
    <w:p>
      <w:pPr>
        <w:pStyle w:val="Heading3"/>
      </w:pPr>
      <w:r>
        <w:t>getVideoContext(): [VideoContext](https://developers.weixin.qq.com/miniprogram/dev/api/media/video/VideoContext.html) | [LivePlayerContext](https://developers.weixin.qq.com/miniprogram/dev/api/media/live/wx.createLivePlayerContext.html)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获取当前播放视频的上下文，具体内置方法，请参考微信官方文档。</w:t>
      </w:r>
    </w:p>
    <w:p>
      <w:pPr>
        <w:pStyle w:val="Heading3"/>
      </w:pPr>
      <w:r>
        <w:t>getLiveType() :'live' | 'warmImage' | 'warmVideo' | 'vod' | ''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获取当前的直播状态。返回值说明：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''：播放器初始化未完成时，liveType为空字符串。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'live'：处于直播状态。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'warmImage'：处于显示暖场图片或暂无直播状态。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'warmVideo'：处于暖场视频状态。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'vod'：处于暂存回放状态。</w:t>
      </w:r>
    </w:p>
    <w:p>
      <w:pPr>
        <w:pStyle w:val="Heading3"/>
      </w:pPr>
      <w:r>
        <w:t>destroy() : 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销毁播放器（逻辑上销毁）。UI 界面请通过 wx:if 控制。</w:t>
      </w:r>
    </w:p>
    <w:p>
      <w:pPr>
        <w:pStyle w:val="Heading2"/>
      </w:pPr>
      <w:r>
        <w:t>播放器事件</w:t>
      </w:r>
    </w:p>
    <w:p>
      <w:pPr>
        <w:pStyle w:val="Heading3"/>
      </w:pPr>
      <w:r>
        <w:t>使用示例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id="polyvPlayer"</w:t>
        <w:br/>
        <w:t xml:space="preserve">  videoOption="{{videoOption}}"</w:t>
        <w:br/>
        <w:t xml:space="preserve">  appSetting="{{appSetting}}"</w:t>
        <w:br/>
        <w:t xml:space="preserve">  bind:onChannelDetailReq="onChannelDetailReq"</w:t>
        <w:br/>
        <w:t xml:space="preserve">  bind:onLiveStatusChange="onLiveStatusChange"</w:t>
        <w:br/>
        <w:t xml:space="preserve">  bind:onLiveTypeChange="onLiveTypeChange"</w:t>
        <w:br/>
        <w:t>&gt;</w:t>
        <w:br/>
        <w:t>&lt;/polyv-live-player&gt;</w:t>
      </w:r>
    </w:p>
    <w:p>
      <w:pPr>
        <w:pStyle w:val="Heading3"/>
      </w:pPr>
      <w:r>
        <w:t>onLiveTypeChange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liveType 发生改变时触发。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onLiveTypeChange(e) {</w:t>
        <w:br/>
        <w:t xml:space="preserve">  // e.detail 即为状态的字符串表示（见 getLiveType 的返回值说明）</w:t>
        <w:br/>
        <w:t xml:space="preserve">  console.log('liveType:', e.detail);</w:t>
        <w:br/>
        <w:t>}</w:t>
      </w:r>
    </w:p>
    <w:p>
      <w:pPr>
        <w:pStyle w:val="Heading3"/>
      </w:pPr>
      <w:r>
        <w:t>onLiveStorageProgress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适用于直播回放、暖场等场景，在进度发生改变时触发。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onLiveStorageProgress(e) {</w:t>
        <w:br/>
        <w:t xml:space="preserve">  // e.detail.currentTime 为当前视频的播放进度</w:t>
        <w:br/>
        <w:t xml:space="preserve">  console.log('onLiveStorageProgress', e.detail.currentTime);</w:t>
        <w:br/>
        <w:t>}</w:t>
      </w:r>
    </w:p>
    <w:p>
      <w:pPr>
        <w:pStyle w:val="Heading3"/>
      </w:pPr>
      <w:r>
        <w:t>onLiveVodWaiting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适用于回放等场景，在播放发生缓冲时触发。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onLiveVodWaiting() {</w:t>
        <w:br/>
        <w:t xml:space="preserve">  console.log('onLiveVodWaiting');</w:t>
        <w:br/>
        <w:t>},</w:t>
      </w:r>
    </w:p>
    <w:p>
      <w:pPr>
        <w:pStyle w:val="Heading3"/>
      </w:pPr>
      <w:r>
        <w:t>onLiveVodEnd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适用于直播回放、暖场等场景，在播放结束时触发。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onLiveVodEnd() {</w:t>
        <w:br/>
        <w:t xml:space="preserve">  console.log('onLiveVodEnd');</w:t>
        <w:br/>
        <w:t>},</w:t>
      </w:r>
    </w:p>
    <w:p>
      <w:pPr>
        <w:pStyle w:val="Heading3"/>
      </w:pPr>
      <w:r>
        <w:t>onChannelDetailReq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频道详情接口请求成功后触发的事件。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onChannelDetailReq(e) {</w:t>
        <w:br/>
        <w:t xml:space="preserve">  // e.detail 为频道详情数据</w:t>
        <w:br/>
        <w:t xml:space="preserve">  console.log('onChannelDetailReq', e.detail);</w:t>
        <w:br/>
        <w:t>},</w:t>
      </w:r>
    </w:p>
    <w:p>
      <w:pPr>
        <w:pStyle w:val="Heading3"/>
      </w:pPr>
      <w:r>
        <w:t>onLiveStatusChange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直播状态改变时触发。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onLiveStatusChange(e) {</w:t>
        <w:br/>
        <w:t xml:space="preserve">  // status 为当前直播状态的字符串表示，有 'live' 和 'end' 两个取值</w:t>
        <w:br/>
        <w:t xml:space="preserve">  // sessionId 为直播场次</w:t>
        <w:br/>
        <w:t xml:space="preserve">  console.log('onLiveStatusChange', e.detail.status, e.detail.sessionId)</w:t>
        <w:br/>
        <w:t>}</w:t>
      </w:r>
    </w:p>
    <w:p>
      <w:pPr>
        <w:pStyle w:val="Heading1"/>
      </w:pPr>
      <w:r>
        <w:t>扩展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本插件仅具备视频播放能力，如需实现直播介绍、聊天室、连麦等功能，可参考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微信小程序观看页SDK</w:t>
      </w:r>
      <w:r>
        <w:rPr>
          <w:rFonts w:ascii="Source Han Sans SC" w:hAnsi="Source Han Sans SC" w:eastAsia="Source Han Sans SC" w:cs="Source Han Sans SC" w:hint="eastAsia"/>
          <w:sz w:val="21"/>
        </w:rPr>
        <w:t>进行集成。</w:t>
      </w:r>
    </w:p>
    <w:p>
      <w:pPr>
        <w:pStyle w:val="Heading1"/>
      </w:pPr>
      <w:r>
        <w:t>Change log</w:t>
      </w:r>
    </w:p>
    <w:p>
      <w:pPr>
        <w:pStyle w:val="Heading2"/>
      </w:pPr>
      <w:r>
        <w:t>v0.11.0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缓冲loading显示逻辑优化</w:t>
      </w:r>
    </w:p>
    <w:p>
      <w:pPr>
        <w:pStyle w:val="Heading2"/>
      </w:pPr>
      <w:r>
        <w:t>v0.10.1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插件bug修复。</w:t>
      </w:r>
    </w:p>
    <w:p>
      <w:pPr>
        <w:pStyle w:val="Heading2"/>
      </w:pPr>
      <w:r>
        <w:t>v0.10.0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新增播放组件参数autoplay、vodLoop、vodInitialTime。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新增回放缓冲事件onLiveVodWaiting。</w:t>
      </w:r>
    </w:p>
    <w:p>
      <w:pPr>
        <w:pStyle w:val="Heading2"/>
      </w:pPr>
      <w:r>
        <w:t>v0.9.0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新增回放功能。</w:t>
      </w:r>
    </w:p>
    <w:p>
      <w:pPr>
        <w:pStyle w:val="Heading2"/>
      </w:pPr>
      <w:r>
        <w:t>v0.8.0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支持低延迟播放。</w:t>
      </w:r>
    </w:p>
    <w:p>
      <w:pPr>
        <w:pStyle w:val="Heading2"/>
      </w:pPr>
      <w:r>
        <w:t>v0.7.0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增加小窗播放参数。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新增获取视频上下文实例的方法 getVideoContext()。</w:t>
      </w:r>
    </w:p>
    <w:p>
      <w:pPr>
        <w:pStyle w:val="Heading2"/>
      </w:pPr>
      <w:r>
        <w:t>v0.6.0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优化初始化的加载速度。</w:t>
      </w:r>
    </w:p>
    <w:p>
      <w:pPr>
        <w:pStyle w:val="Heading2"/>
      </w:pPr>
      <w:r>
        <w:t>v0.5.0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新增参数控制播放器控制栏的元素, 参数controls，不传这个参数时显示默认控制栏，传空数组时不显示控制栏，传非空数组时根据数组内容显示对应的元素。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新增事件 onChannelDetailReq 返回频道详情数据。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新增事件：onLiveTypeChange。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新增接口：getLiveType。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 全屏状态下，回放切直播之后退出全屏。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 播放器控件栏会先出现直播的控制栏，再切到回放的控制栏。</w:t>
      </w:r>
    </w:p>
    <w:p>
      <w:pPr>
        <w:pStyle w:val="Heading2"/>
      </w:pPr>
      <w:r>
        <w:t>v0.2.0~0.4.0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Bug 修复。</w:t>
      </w:r>
    </w:p>
    <w:p>
      <w:pPr>
        <w:pStyle w:val="Heading2"/>
      </w:pPr>
      <w:r>
        <w:t>v0.1.0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保利威云直播小程序播放插件发布。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保利威云直播小程序播放插件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