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更新日志</w:t>
      </w:r>
    </w:p>
    <w:p>
      <w:r>
        <w:rPr>
          <w:rFonts w:ascii="Source Han Sans SC" w:hAnsi="Source Han Sans SC" w:eastAsia="Source Han Sans SC" w:cs="Source Han Sans SC" w:hint="eastAsia"/>
          <w:sz w:val="21"/>
        </w:rPr>
        <w:t xml:space="preserve">观看页小程序 SDK 遵循 </w:t>
      </w:r>
      <w:r>
        <w:rPr>
          <w:rFonts w:ascii="Source Han Sans SC" w:hAnsi="Source Han Sans SC" w:eastAsia="Source Han Sans SC" w:cs="Source Han Sans SC" w:hint="eastAsia"/>
          <w:color w:val="2563EB"/>
          <w:sz w:val="21"/>
          <w:u w:val="single"/>
        </w:rPr>
        <w:t>Semantic Versioning 2.0.0</w:t>
      </w:r>
      <w:r>
        <w:rPr>
          <w:rFonts w:ascii="Source Han Sans SC" w:hAnsi="Source Han Sans SC" w:eastAsia="Source Han Sans SC" w:cs="Source Han Sans SC" w:hint="eastAsia"/>
          <w:sz w:val="21"/>
        </w:rPr>
        <w:t xml:space="preserve"> 语义化版本规范。</w:t>
      </w:r>
    </w:p>
    <w:p>
      <w:pPr>
        <w:pStyle w:val="ListBullet"/>
      </w:pPr>
      <w:r>
        <w:rPr>
          <w:rFonts w:ascii="Source Han Sans SC" w:hAnsi="Source Han Sans SC" w:eastAsia="Source Han Sans SC" w:cs="Source Han Sans SC" w:hint="eastAsia"/>
          <w:sz w:val="21"/>
        </w:rPr>
        <w:t>修订号：日常问题修复或优化，一般在每周发布（除紧急的 Bug Fixes 外）。</w:t>
      </w:r>
    </w:p>
    <w:p>
      <w:pPr>
        <w:pStyle w:val="ListBullet"/>
      </w:pPr>
      <w:r>
        <w:rPr>
          <w:rFonts w:ascii="Source Han Sans SC" w:hAnsi="Source Han Sans SC" w:eastAsia="Source Han Sans SC" w:cs="Source Han Sans SC" w:hint="eastAsia"/>
          <w:sz w:val="21"/>
        </w:rPr>
        <w:t>次版本号：功能或新特性新增，向下兼容，一般在每周发布。</w:t>
      </w:r>
    </w:p>
    <w:p>
      <w:pPr>
        <w:pStyle w:val="ListBullet"/>
      </w:pPr>
      <w:r>
        <w:rPr>
          <w:rFonts w:ascii="Source Han Sans SC" w:hAnsi="Source Han Sans SC" w:eastAsia="Source Han Sans SC" w:cs="Source Han Sans SC" w:hint="eastAsia"/>
          <w:sz w:val="21"/>
        </w:rPr>
        <w:t>主版本号：具有不向下兼容的破坏性更新，无固定的发布时间。 --&gt;</w:t>
      </w:r>
    </w:p>
    <w:p>
      <w:r>
        <w:rPr>
          <w:rFonts w:ascii="Source Han Sans SC" w:hAnsi="Source Han Sans SC" w:eastAsia="Source Han Sans SC" w:cs="Source Han Sans SC" w:hint="eastAsia"/>
          <w:sz w:val="21"/>
        </w:rPr>
        <w:t>---</w:t>
      </w:r>
    </w:p>
    <w:p>
      <w:pPr>
        <w:pStyle w:val="Heading1"/>
      </w:pPr>
      <w:r>
        <w:t>v1.8.2(2024-09-20)</w:t>
      </w:r>
    </w:p>
    <w:p>
      <w:pPr>
        <w:pStyle w:val="Heading2"/>
      </w:pPr>
      <w:r>
        <w:t>Bug Fixes</w:t>
      </w:r>
    </w:p>
    <w:p>
      <w:pPr>
        <w:pStyle w:val="ListBullet"/>
      </w:pPr>
      <w:r>
        <w:rPr>
          <w:rFonts w:ascii="Source Han Sans SC" w:hAnsi="Source Han Sans SC" w:eastAsia="Source Han Sans SC" w:cs="Source Han Sans SC" w:hint="eastAsia"/>
          <w:sz w:val="21"/>
        </w:rPr>
        <w:t xml:space="preserve">修复在微信环境下或者传入自定义 </w:t>
      </w:r>
      <w:r>
        <w:rPr>
          <w:rFonts w:ascii="Menlo" w:hAnsi="Menlo"/>
          <w:color w:val="444444"/>
          <w:sz w:val="20"/>
        </w:rPr>
        <w:t>param4</w:t>
      </w:r>
      <w:r>
        <w:rPr>
          <w:rFonts w:ascii="Source Han Sans SC" w:hAnsi="Source Han Sans SC" w:eastAsia="Source Han Sans SC" w:cs="Source Han Sans SC" w:hint="eastAsia"/>
          <w:sz w:val="21"/>
        </w:rPr>
        <w:t xml:space="preserve"> 参数的情况下，sdk无法正常提供在线人数的问题</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rc-20240919</w:t>
      </w:r>
    </w:p>
    <w:p>
      <w:r>
        <w:rPr>
          <w:rFonts w:ascii="Source Han Sans SC" w:hAnsi="Source Han Sans SC" w:eastAsia="Source Han Sans SC" w:cs="Source Han Sans SC" w:hint="eastAsia"/>
          <w:sz w:val="21"/>
        </w:rPr>
        <w:t>---</w:t>
      </w:r>
    </w:p>
    <w:p>
      <w:pPr>
        <w:pStyle w:val="Heading1"/>
      </w:pPr>
      <w:r>
        <w:t>v1.8.0(2024-09-13)</w:t>
      </w:r>
    </w:p>
    <w:p>
      <w:pPr>
        <w:pStyle w:val="Heading2"/>
      </w:pPr>
      <w:r>
        <w:t>Deprecated</w:t>
      </w:r>
    </w:p>
    <w:p>
      <w:pPr>
        <w:pStyle w:val="ListBullet"/>
      </w:pPr>
      <w:r>
        <w:rPr>
          <w:rFonts w:ascii="Source Han Sans SC" w:hAnsi="Source Han Sans SC" w:eastAsia="Source Han Sans SC" w:cs="Source Han Sans SC" w:hint="eastAsia"/>
          <w:sz w:val="21"/>
        </w:rPr>
        <w:t xml:space="preserve">聊天室模块(chat) 旧的 </w:t>
      </w:r>
      <w:r>
        <w:rPr>
          <w:rFonts w:ascii="Menlo" w:hAnsi="Menlo"/>
          <w:color w:val="444444"/>
          <w:sz w:val="20"/>
        </w:rPr>
        <w:t>getOnlineUserList</w:t>
      </w:r>
      <w:r>
        <w:rPr>
          <w:rFonts w:ascii="Source Han Sans SC" w:hAnsi="Source Han Sans SC" w:eastAsia="Source Han Sans SC" w:cs="Source Han Sans SC" w:hint="eastAsia"/>
          <w:sz w:val="21"/>
        </w:rPr>
        <w:t xml:space="preserve"> 方法即将废弃，请改用 </w:t>
      </w:r>
      <w:r>
        <w:rPr>
          <w:rFonts w:ascii="Menlo" w:hAnsi="Menlo"/>
          <w:color w:val="444444"/>
          <w:sz w:val="20"/>
        </w:rPr>
        <w:t>getOnlineUserListNew</w:t>
      </w:r>
      <w:r>
        <w:rPr>
          <w:rFonts w:ascii="Source Han Sans SC" w:hAnsi="Source Han Sans SC" w:eastAsia="Source Han Sans SC" w:cs="Source Han Sans SC" w:hint="eastAsia"/>
          <w:sz w:val="21"/>
        </w:rPr>
        <w:t xml:space="preserve"> 方法</w:t>
      </w:r>
    </w:p>
    <w:p>
      <w:pPr>
        <w:pStyle w:val="Heading2"/>
      </w:pPr>
      <w:r>
        <w:t>Bug Fixes</w:t>
      </w:r>
    </w:p>
    <w:p>
      <w:pPr>
        <w:pStyle w:val="ListBullet"/>
      </w:pPr>
      <w:r>
        <w:rPr>
          <w:rFonts w:ascii="Source Han Sans SC" w:hAnsi="Source Han Sans SC" w:eastAsia="Source Han Sans SC" w:cs="Source Han Sans SC" w:hint="eastAsia"/>
          <w:sz w:val="21"/>
        </w:rPr>
        <w:t>提问模块(ask) 修复聊天室断开导致提问发送失败，消息状态错误回调的问题</w:t>
      </w:r>
    </w:p>
    <w:p>
      <w:pPr>
        <w:pStyle w:val="ListBullet"/>
      </w:pPr>
      <w:r>
        <w:rPr>
          <w:rFonts w:ascii="Source Han Sans SC" w:hAnsi="Source Han Sans SC" w:eastAsia="Source Han Sans SC" w:cs="Source Han Sans SC" w:hint="eastAsia"/>
          <w:sz w:val="21"/>
        </w:rPr>
        <w:t>聊天室模块(chat) 修复转换发言链接和 防 xss 注入冲突导致无法正常转换的问题</w:t>
      </w:r>
    </w:p>
    <w:p>
      <w:pPr>
        <w:pStyle w:val="Heading2"/>
      </w:pPr>
      <w:r>
        <w:t>Features</w:t>
      </w:r>
    </w:p>
    <w:p>
      <w:pPr>
        <w:pStyle w:val="ListBullet"/>
      </w:pPr>
      <w:r>
        <w:rPr>
          <w:rFonts w:ascii="Source Han Sans SC" w:hAnsi="Source Han Sans SC" w:eastAsia="Source Han Sans SC" w:cs="Source Han Sans SC" w:hint="eastAsia"/>
          <w:sz w:val="21"/>
        </w:rPr>
        <w:t>频道模块(channel) 增加多流轨配置获取，同时兼容旧逻辑</w:t>
      </w:r>
    </w:p>
    <w:p>
      <w:pPr>
        <w:pStyle w:val="ListBullet"/>
      </w:pPr>
      <w:r>
        <w:rPr>
          <w:rFonts w:ascii="Source Han Sans SC" w:hAnsi="Source Han Sans SC" w:eastAsia="Source Han Sans SC" w:cs="Source Han Sans SC" w:hint="eastAsia"/>
          <w:sz w:val="21"/>
        </w:rPr>
        <w:t>频道模块(channel) 增加在线列表配置获取</w:t>
      </w:r>
    </w:p>
    <w:p>
      <w:pPr>
        <w:pStyle w:val="ListBullet"/>
      </w:pPr>
      <w:r>
        <w:rPr>
          <w:rFonts w:ascii="Source Han Sans SC" w:hAnsi="Source Han Sans SC" w:eastAsia="Source Han Sans SC" w:cs="Source Han Sans SC" w:hint="eastAsia"/>
          <w:sz w:val="21"/>
        </w:rPr>
        <w:t>播放器模块(player) 支持无延迟双流直播</w:t>
      </w:r>
    </w:p>
    <w:p>
      <w:pPr>
        <w:pStyle w:val="ListBullet"/>
      </w:pPr>
      <w:r>
        <w:rPr>
          <w:rFonts w:ascii="Source Han Sans SC" w:hAnsi="Source Han Sans SC" w:eastAsia="Source Han Sans SC" w:cs="Source Han Sans SC" w:hint="eastAsia"/>
          <w:sz w:val="21"/>
        </w:rPr>
        <w:t>播放器模块(player) 支持暖场大图配置的获取</w:t>
      </w:r>
    </w:p>
    <w:p>
      <w:pPr>
        <w:pStyle w:val="Heading2"/>
      </w:pPr>
      <w:r>
        <w:t>Optimizes</w:t>
      </w:r>
    </w:p>
    <w:p>
      <w:pPr>
        <w:pStyle w:val="ListBullet"/>
      </w:pPr>
      <w:r>
        <w:rPr>
          <w:rFonts w:ascii="Source Han Sans SC" w:hAnsi="Source Han Sans SC" w:eastAsia="Source Han Sans SC" w:cs="Source Han Sans SC" w:hint="eastAsia"/>
          <w:sz w:val="21"/>
        </w:rPr>
        <w:t>核心模块(core) 支持更新 xAuthToken 同步更新互动功能相关的 token</w:t>
      </w:r>
    </w:p>
    <w:p>
      <w:pPr>
        <w:pStyle w:val="ListBullet"/>
      </w:pPr>
      <w:r>
        <w:rPr>
          <w:rFonts w:ascii="Source Han Sans SC" w:hAnsi="Source Han Sans SC" w:eastAsia="Source Han Sans SC" w:cs="Source Han Sans SC" w:hint="eastAsia"/>
          <w:sz w:val="21"/>
        </w:rPr>
        <w:t>聊天室模块(chat) 优化在线列表相关的功能</w:t>
      </w:r>
    </w:p>
    <w:p>
      <w:pPr>
        <w:pStyle w:val="ListBullet"/>
      </w:pPr>
      <w:r>
        <w:rPr>
          <w:rFonts w:ascii="Source Han Sans SC" w:hAnsi="Source Han Sans SC" w:eastAsia="Source Han Sans SC" w:cs="Source Han Sans SC" w:hint="eastAsia"/>
          <w:sz w:val="21"/>
        </w:rPr>
        <w:t>一系列小的细节修复和优化</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rc-20240912</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@polyv/live-low-latency-player</w:t>
      </w:r>
      <w:r>
        <w:rPr>
          <w:rFonts w:ascii="Source Han Sans SC" w:hAnsi="Source Han Sans SC" w:eastAsia="Source Han Sans SC" w:cs="Source Han Sans SC" w:hint="eastAsia"/>
          <w:sz w:val="21"/>
        </w:rPr>
        <w:t xml:space="preserve"> 至 </w:t>
      </w:r>
      <w:r>
        <w:rPr>
          <w:rFonts w:ascii="Menlo" w:hAnsi="Menlo"/>
          <w:color w:val="444444"/>
          <w:sz w:val="20"/>
        </w:rPr>
        <w:t>1.7.0</w:t>
      </w:r>
    </w:p>
    <w:p>
      <w:r>
        <w:rPr>
          <w:rFonts w:ascii="Source Han Sans SC" w:hAnsi="Source Han Sans SC" w:eastAsia="Source Han Sans SC" w:cs="Source Han Sans SC" w:hint="eastAsia"/>
          <w:sz w:val="21"/>
        </w:rPr>
        <w:t>---</w:t>
      </w:r>
    </w:p>
    <w:p>
      <w:pPr>
        <w:pStyle w:val="Heading1"/>
      </w:pPr>
      <w:r>
        <w:t>v1.7.0(2024-08-23)</w:t>
      </w:r>
    </w:p>
    <w:p>
      <w:pPr>
        <w:pStyle w:val="Heading2"/>
      </w:pPr>
      <w:r>
        <w:t>Deprecated</w:t>
      </w:r>
    </w:p>
    <w:p>
      <w:pPr>
        <w:pStyle w:val="ListBullet"/>
      </w:pPr>
      <w:r>
        <w:rPr>
          <w:rFonts w:ascii="Source Han Sans SC" w:hAnsi="Source Han Sans SC" w:eastAsia="Source Han Sans SC" w:cs="Source Han Sans SC" w:hint="eastAsia"/>
          <w:sz w:val="21"/>
        </w:rPr>
        <w:t xml:space="preserve">字幕模块(subtitle) 即将废弃 </w:t>
      </w:r>
      <w:r>
        <w:rPr>
          <w:rFonts w:ascii="Menlo" w:hAnsi="Menlo"/>
          <w:color w:val="444444"/>
          <w:sz w:val="20"/>
        </w:rPr>
        <w:t>SubtitleSetuped</w:t>
      </w:r>
      <w:r>
        <w:rPr>
          <w:rFonts w:ascii="Source Han Sans SC" w:hAnsi="Source Han Sans SC" w:eastAsia="Source Han Sans SC" w:cs="Source Han Sans SC" w:hint="eastAsia"/>
          <w:sz w:val="21"/>
        </w:rPr>
        <w:t xml:space="preserve"> 事件</w:t>
      </w:r>
    </w:p>
    <w:p>
      <w:pPr>
        <w:pStyle w:val="Heading2"/>
      </w:pPr>
      <w:r>
        <w:t>Features</w:t>
      </w:r>
    </w:p>
    <w:p>
      <w:pPr>
        <w:pStyle w:val="ListBullet"/>
      </w:pPr>
      <w:r>
        <w:rPr>
          <w:rFonts w:ascii="Source Han Sans SC" w:hAnsi="Source Han Sans SC" w:eastAsia="Source Han Sans SC" w:cs="Source Han Sans SC" w:hint="eastAsia"/>
          <w:sz w:val="21"/>
        </w:rPr>
        <w:t xml:space="preserve">字幕模块(subtitle) 支持实时字幕多种翻译语言处理，增加 </w:t>
      </w:r>
      <w:r>
        <w:rPr>
          <w:rFonts w:ascii="Menlo" w:hAnsi="Menlo"/>
          <w:color w:val="444444"/>
          <w:sz w:val="20"/>
        </w:rPr>
        <w:t>SubtitleListForceSync</w:t>
      </w:r>
      <w:r>
        <w:rPr>
          <w:rFonts w:ascii="Source Han Sans SC" w:hAnsi="Source Han Sans SC" w:eastAsia="Source Han Sans SC" w:cs="Source Han Sans SC" w:hint="eastAsia"/>
          <w:sz w:val="21"/>
        </w:rPr>
        <w:t xml:space="preserve"> 事件</w:t>
      </w:r>
    </w:p>
    <w:p>
      <w:pPr>
        <w:pStyle w:val="ListBullet"/>
      </w:pPr>
      <w:r>
        <w:rPr>
          <w:rFonts w:ascii="Source Han Sans SC" w:hAnsi="Source Han Sans SC" w:eastAsia="Source Han Sans SC" w:cs="Source Han Sans SC" w:hint="eastAsia"/>
          <w:sz w:val="21"/>
        </w:rPr>
        <w:t xml:space="preserve">播放器模块(player) 支持通过 </w:t>
      </w:r>
      <w:r>
        <w:rPr>
          <w:rFonts w:ascii="Menlo" w:hAnsi="Menlo"/>
          <w:color w:val="444444"/>
          <w:sz w:val="20"/>
        </w:rPr>
        <w:t>setPlayerReplaySubtitleSelectConfig</w:t>
      </w:r>
      <w:r>
        <w:rPr>
          <w:rFonts w:ascii="Source Han Sans SC" w:hAnsi="Source Han Sans SC" w:eastAsia="Source Han Sans SC" w:cs="Source Han Sans SC" w:hint="eastAsia"/>
          <w:sz w:val="21"/>
        </w:rPr>
        <w:t xml:space="preserve"> 方法来更改回放播放器的字幕选择组件</w:t>
      </w:r>
    </w:p>
    <w:p>
      <w:pPr>
        <w:pStyle w:val="ListBullet"/>
      </w:pPr>
      <w:r>
        <w:rPr>
          <w:rFonts w:ascii="Source Han Sans SC" w:hAnsi="Source Han Sans SC" w:eastAsia="Source Han Sans SC" w:cs="Source Han Sans SC" w:hint="eastAsia"/>
          <w:sz w:val="21"/>
        </w:rPr>
        <w:t>聊天室模块(chat) 支持请求聊天历史数据时过滤红包消息</w:t>
      </w:r>
    </w:p>
    <w:p>
      <w:pPr>
        <w:pStyle w:val="ListBullet"/>
      </w:pPr>
      <w:r>
        <w:rPr>
          <w:rFonts w:ascii="Source Han Sans SC" w:hAnsi="Source Han Sans SC" w:eastAsia="Source Han Sans SC" w:cs="Source Han Sans SC" w:hint="eastAsia"/>
          <w:sz w:val="21"/>
        </w:rPr>
        <w:t>回放模块(playback) 支持通过回放对象获取音频资源</w:t>
      </w:r>
    </w:p>
    <w:p>
      <w:pPr>
        <w:pStyle w:val="ListBullet"/>
      </w:pPr>
      <w:r>
        <w:rPr>
          <w:rFonts w:ascii="Source Han Sans SC" w:hAnsi="Source Han Sans SC" w:eastAsia="Source Han Sans SC" w:cs="Source Han Sans SC" w:hint="eastAsia"/>
          <w:sz w:val="21"/>
        </w:rPr>
        <w:t>任务奖励模块(task-activity) 支持提供奖励发放失败原因数据</w:t>
      </w:r>
    </w:p>
    <w:p>
      <w:pPr>
        <w:pStyle w:val="Heading2"/>
      </w:pPr>
      <w:r>
        <w:t>Code Refactoring</w:t>
      </w:r>
    </w:p>
    <w:p>
      <w:pPr>
        <w:pStyle w:val="ListBullet"/>
      </w:pPr>
      <w:r>
        <w:rPr>
          <w:rFonts w:ascii="Source Han Sans SC" w:hAnsi="Source Han Sans SC" w:eastAsia="Source Han Sans SC" w:cs="Source Han Sans SC" w:hint="eastAsia"/>
          <w:sz w:val="21"/>
        </w:rPr>
        <w:t xml:space="preserve">字幕模块(subtitle) 更改 setup 流程，之后不会在 setup 阶段自动请求实时字幕数据，需要外部手动调用 </w:t>
      </w:r>
      <w:r>
        <w:rPr>
          <w:rFonts w:ascii="Menlo" w:hAnsi="Menlo"/>
          <w:color w:val="444444"/>
          <w:sz w:val="20"/>
        </w:rPr>
        <w:t>initSubtitleList</w:t>
      </w:r>
      <w:r>
        <w:rPr>
          <w:rFonts w:ascii="Source Han Sans SC" w:hAnsi="Source Han Sans SC" w:eastAsia="Source Han Sans SC" w:cs="Source Han Sans SC" w:hint="eastAsia"/>
          <w:sz w:val="21"/>
        </w:rPr>
        <w:t xml:space="preserve"> 方法</w:t>
      </w:r>
    </w:p>
    <w:p>
      <w:pPr>
        <w:pStyle w:val="Heading2"/>
      </w:pPr>
      <w:r>
        <w:t>Optimizes</w:t>
      </w:r>
    </w:p>
    <w:p>
      <w:pPr>
        <w:pStyle w:val="ListBullet"/>
      </w:pPr>
      <w:r>
        <w:rPr>
          <w:rFonts w:ascii="Source Han Sans SC" w:hAnsi="Source Han Sans SC" w:eastAsia="Source Han Sans SC" w:cs="Source Han Sans SC" w:hint="eastAsia"/>
          <w:sz w:val="21"/>
        </w:rPr>
        <w:t>字幕模块(subtitle) 支持在无延迟场景下，响应频道配置实时字幕的延迟</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rc-20240815</w:t>
      </w:r>
    </w:p>
    <w:p>
      <w:r>
        <w:rPr>
          <w:rFonts w:ascii="Source Han Sans SC" w:hAnsi="Source Han Sans SC" w:eastAsia="Source Han Sans SC" w:cs="Source Han Sans SC" w:hint="eastAsia"/>
          <w:sz w:val="21"/>
        </w:rPr>
        <w:t>---</w:t>
      </w:r>
    </w:p>
    <w:p>
      <w:pPr>
        <w:pStyle w:val="Heading1"/>
      </w:pPr>
      <w:r>
        <w:t>v1.6.0(2024-08-02)</w:t>
      </w:r>
    </w:p>
    <w:p>
      <w:pPr>
        <w:pStyle w:val="Heading2"/>
      </w:pPr>
      <w:r>
        <w:t>Features</w:t>
      </w:r>
    </w:p>
    <w:p>
      <w:pPr>
        <w:pStyle w:val="ListBullet"/>
      </w:pPr>
      <w:r>
        <w:rPr>
          <w:rFonts w:ascii="Source Han Sans SC" w:hAnsi="Source Han Sans SC" w:eastAsia="Source Han Sans SC" w:cs="Source Han Sans SC" w:hint="eastAsia"/>
          <w:sz w:val="21"/>
        </w:rPr>
        <w:t xml:space="preserve">域名模块(domain) 新增 </w:t>
      </w:r>
      <w:r>
        <w:rPr>
          <w:rFonts w:ascii="Menlo" w:hAnsi="Menlo"/>
          <w:color w:val="444444"/>
          <w:sz w:val="20"/>
        </w:rPr>
        <w:t>processRandomHostname</w:t>
      </w:r>
      <w:r>
        <w:rPr>
          <w:rFonts w:ascii="Source Han Sans SC" w:hAnsi="Source Han Sans SC" w:eastAsia="Source Han Sans SC" w:cs="Source Han Sans SC" w:hint="eastAsia"/>
          <w:sz w:val="21"/>
        </w:rPr>
        <w:t xml:space="preserve"> 方法来处理随机域名（仅提供给 SaaS 泛域名客户使用）</w:t>
      </w:r>
    </w:p>
    <w:p>
      <w:pPr>
        <w:pStyle w:val="Heading2"/>
      </w:pPr>
      <w:r>
        <w:t>Optimizes</w:t>
      </w:r>
    </w:p>
    <w:p>
      <w:pPr>
        <w:pStyle w:val="ListBullet"/>
      </w:pPr>
      <w:r>
        <w:rPr>
          <w:rFonts w:ascii="Source Han Sans SC" w:hAnsi="Source Han Sans SC" w:eastAsia="Source Han Sans SC" w:cs="Source Han Sans SC" w:hint="eastAsia"/>
          <w:sz w:val="21"/>
        </w:rPr>
        <w:t>埋点模块(rtas) 支持 "订单页浏览事件"，减少已经废弃的事件</w:t>
      </w:r>
    </w:p>
    <w:p>
      <w:pPr>
        <w:pStyle w:val="ListBullet"/>
      </w:pPr>
      <w:r>
        <w:rPr>
          <w:rFonts w:ascii="Source Han Sans SC" w:hAnsi="Source Han Sans SC" w:eastAsia="Source Han Sans SC" w:cs="Source Han Sans SC" w:hint="eastAsia"/>
          <w:sz w:val="21"/>
        </w:rPr>
        <w:t>字幕模块(subtitle) 支持在无延迟场景下，根据后台配置来处理延迟</w:t>
      </w:r>
    </w:p>
    <w:p>
      <w:pPr>
        <w:pStyle w:val="ListBullet"/>
      </w:pPr>
      <w:r>
        <w:rPr>
          <w:rFonts w:ascii="Source Han Sans SC" w:hAnsi="Source Han Sans SC" w:eastAsia="Source Han Sans SC" w:cs="Source Han Sans SC" w:hint="eastAsia"/>
          <w:sz w:val="21"/>
        </w:rPr>
        <w:t>观看条件模块(auth) 支持在独立授权和外部授权时，对外暴露</w:t>
      </w:r>
    </w:p>
    <w:p>
      <w:r>
        <w:rPr>
          <w:rFonts w:ascii="Source Han Sans SC" w:hAnsi="Source Han Sans SC" w:eastAsia="Source Han Sans SC" w:cs="Source Han Sans SC" w:hint="eastAsia"/>
          <w:sz w:val="21"/>
        </w:rPr>
        <w:t>"同个观众反复授权"的错误信息</w:t>
      </w:r>
    </w:p>
    <w:p>
      <w:pPr>
        <w:pStyle w:val="ListBullet"/>
      </w:pPr>
      <w:r>
        <w:rPr>
          <w:rFonts w:ascii="Source Han Sans SC" w:hAnsi="Source Han Sans SC" w:eastAsia="Source Han Sans SC" w:cs="Source Han Sans SC" w:hint="eastAsia"/>
          <w:sz w:val="21"/>
        </w:rPr>
        <w:t>连麦模块(connect-mic) 支持在摄像头异常的情况下也能正常上麦</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rc-20240801</w:t>
      </w:r>
    </w:p>
    <w:p>
      <w:r>
        <w:rPr>
          <w:rFonts w:ascii="Source Han Sans SC" w:hAnsi="Source Han Sans SC" w:eastAsia="Source Han Sans SC" w:cs="Source Han Sans SC" w:hint="eastAsia"/>
          <w:sz w:val="21"/>
        </w:rPr>
        <w:t>---</w:t>
      </w:r>
    </w:p>
    <w:p>
      <w:pPr>
        <w:pStyle w:val="Heading1"/>
      </w:pPr>
      <w:r>
        <w:t>v1.5.0(2024-07-12)</w:t>
      </w:r>
    </w:p>
    <w:p>
      <w:pPr>
        <w:pStyle w:val="Heading2"/>
      </w:pPr>
      <w:r>
        <w:t>Features</w:t>
      </w:r>
    </w:p>
    <w:p>
      <w:pPr>
        <w:pStyle w:val="ListBullet"/>
      </w:pPr>
      <w:r>
        <w:rPr>
          <w:rFonts w:ascii="Source Han Sans SC" w:hAnsi="Source Han Sans SC" w:eastAsia="Source Han Sans SC" w:cs="Source Han Sans SC" w:hint="eastAsia"/>
          <w:sz w:val="21"/>
        </w:rPr>
        <w:t>新增任务奖励模块(task-activity)</w:t>
      </w:r>
    </w:p>
    <w:p>
      <w:pPr>
        <w:pStyle w:val="ListBullet"/>
      </w:pPr>
      <w:r>
        <w:rPr>
          <w:rFonts w:ascii="Source Han Sans SC" w:hAnsi="Source Han Sans SC" w:eastAsia="Source Han Sans SC" w:cs="Source Han Sans SC" w:hint="eastAsia"/>
          <w:sz w:val="21"/>
        </w:rPr>
        <w:t>新增订单模块(order) 以支持商品订单功能</w:t>
      </w:r>
    </w:p>
    <w:p>
      <w:pPr>
        <w:pStyle w:val="ListBullet"/>
      </w:pPr>
      <w:r>
        <w:rPr>
          <w:rFonts w:ascii="Source Han Sans SC" w:hAnsi="Source Han Sans SC" w:eastAsia="Source Han Sans SC" w:cs="Source Han Sans SC" w:hint="eastAsia"/>
          <w:sz w:val="21"/>
        </w:rPr>
        <w:t xml:space="preserve">互动模块(interact-receive) 新增 </w:t>
      </w:r>
      <w:r>
        <w:rPr>
          <w:rFonts w:ascii="Menlo" w:hAnsi="Menlo"/>
          <w:color w:val="444444"/>
          <w:sz w:val="20"/>
        </w:rPr>
        <w:t>getAddressManagement</w:t>
      </w:r>
      <w:r>
        <w:rPr>
          <w:rFonts w:ascii="Source Han Sans SC" w:hAnsi="Source Han Sans SC" w:eastAsia="Source Han Sans SC" w:cs="Source Han Sans SC" w:hint="eastAsia"/>
          <w:sz w:val="21"/>
        </w:rPr>
        <w:t xml:space="preserve"> 和 </w:t>
      </w:r>
      <w:r>
        <w:rPr>
          <w:rFonts w:ascii="Menlo" w:hAnsi="Menlo"/>
          <w:color w:val="444444"/>
          <w:sz w:val="20"/>
        </w:rPr>
        <w:t>getOrder</w:t>
      </w:r>
      <w:r>
        <w:rPr>
          <w:rFonts w:ascii="Source Han Sans SC" w:hAnsi="Source Han Sans SC" w:eastAsia="Source Han Sans SC" w:cs="Source Han Sans SC" w:hint="eastAsia"/>
          <w:sz w:val="21"/>
        </w:rPr>
        <w:t xml:space="preserve"> 方法来支持商品支付相关功能</w:t>
      </w:r>
    </w:p>
    <w:p>
      <w:pPr>
        <w:pStyle w:val="ListBullet"/>
      </w:pPr>
      <w:r>
        <w:rPr>
          <w:rFonts w:ascii="Source Han Sans SC" w:hAnsi="Source Han Sans SC" w:eastAsia="Source Han Sans SC" w:cs="Source Han Sans SC" w:hint="eastAsia"/>
          <w:sz w:val="21"/>
        </w:rPr>
        <w:t>聊天模块(chat) 支持"消息/评论"上墙功能</w:t>
      </w:r>
    </w:p>
    <w:p>
      <w:pPr>
        <w:pStyle w:val="ListBullet"/>
      </w:pPr>
      <w:r>
        <w:rPr>
          <w:rFonts w:ascii="Source Han Sans SC" w:hAnsi="Source Han Sans SC" w:eastAsia="Source Han Sans SC" w:cs="Source Han Sans SC" w:hint="eastAsia"/>
          <w:sz w:val="21"/>
        </w:rPr>
        <w:t>邀请模块(invite) 支持邀请明细下载功能</w:t>
      </w:r>
    </w:p>
    <w:p>
      <w:pPr>
        <w:pStyle w:val="ListBullet"/>
      </w:pPr>
      <w:r>
        <w:rPr>
          <w:rFonts w:ascii="Source Han Sans SC" w:hAnsi="Source Han Sans SC" w:eastAsia="Source Han Sans SC" w:cs="Source Han Sans SC" w:hint="eastAsia"/>
          <w:sz w:val="21"/>
        </w:rPr>
        <w:t>观看条件模块(auth) 支持白名单观看会员码使用限制逻辑</w:t>
      </w:r>
    </w:p>
    <w:p>
      <w:pPr>
        <w:pStyle w:val="ListBullet"/>
      </w:pPr>
      <w:r>
        <w:rPr>
          <w:rFonts w:ascii="Source Han Sans SC" w:hAnsi="Source Han Sans SC" w:eastAsia="Source Han Sans SC" w:cs="Source Han Sans SC" w:hint="eastAsia"/>
          <w:sz w:val="21"/>
        </w:rPr>
        <w:t>频道模块(channel) 支持在平板设备下自动更换布局的功能（仅 SaaS 可用）</w:t>
      </w:r>
    </w:p>
    <w:p>
      <w:pPr>
        <w:pStyle w:val="ListBullet"/>
      </w:pPr>
      <w:r>
        <w:rPr>
          <w:rFonts w:ascii="Source Han Sans SC" w:hAnsi="Source Han Sans SC" w:eastAsia="Source Han Sans SC" w:cs="Source Han Sans SC" w:hint="eastAsia"/>
          <w:sz w:val="21"/>
        </w:rPr>
        <w:t>播放器模块(player) 支持自动清晰度处理（仅正常延迟播放器支持）</w:t>
      </w:r>
    </w:p>
    <w:p>
      <w:pPr>
        <w:pStyle w:val="Heading2"/>
      </w:pPr>
      <w:r>
        <w:t>Optimizes</w:t>
      </w:r>
    </w:p>
    <w:p>
      <w:pPr>
        <w:pStyle w:val="ListBullet"/>
      </w:pPr>
      <w:r>
        <w:rPr>
          <w:rFonts w:ascii="Source Han Sans SC" w:hAnsi="Source Han Sans SC" w:eastAsia="Source Han Sans SC" w:cs="Source Han Sans SC" w:hint="eastAsia"/>
          <w:sz w:val="21"/>
        </w:rPr>
        <w:t>优化聊天室人数获取逻辑</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rc-20240711</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@polyv/chat-sdk</w:t>
      </w:r>
      <w:r>
        <w:rPr>
          <w:rFonts w:ascii="Source Han Sans SC" w:hAnsi="Source Han Sans SC" w:eastAsia="Source Han Sans SC" w:cs="Source Han Sans SC" w:hint="eastAsia"/>
          <w:sz w:val="21"/>
        </w:rPr>
        <w:t xml:space="preserve"> 版本至 </w:t>
      </w:r>
      <w:r>
        <w:rPr>
          <w:rFonts w:ascii="Menlo" w:hAnsi="Menlo"/>
          <w:color w:val="444444"/>
          <w:sz w:val="20"/>
        </w:rPr>
        <w:t>0.24.0-rc.1</w:t>
      </w:r>
    </w:p>
    <w:p>
      <w:r>
        <w:rPr>
          <w:rFonts w:ascii="Source Han Sans SC" w:hAnsi="Source Han Sans SC" w:eastAsia="Source Han Sans SC" w:cs="Source Han Sans SC" w:hint="eastAsia"/>
          <w:sz w:val="21"/>
        </w:rPr>
        <w:t>---</w:t>
      </w:r>
    </w:p>
    <w:p>
      <w:pPr>
        <w:pStyle w:val="Heading1"/>
      </w:pPr>
      <w:r>
        <w:t>v1.4.0(2024-06-21)</w:t>
      </w:r>
    </w:p>
    <w:p>
      <w:pPr>
        <w:pStyle w:val="Heading2"/>
      </w:pPr>
      <w:r>
        <w:t>Features</w:t>
      </w:r>
    </w:p>
    <w:p>
      <w:pPr>
        <w:pStyle w:val="ListBullet"/>
      </w:pPr>
      <w:r>
        <w:rPr>
          <w:rFonts w:ascii="Source Han Sans SC" w:hAnsi="Source Han Sans SC" w:eastAsia="Source Han Sans SC" w:cs="Source Han Sans SC" w:hint="eastAsia"/>
          <w:sz w:val="21"/>
        </w:rPr>
        <w:t>互动模块(interact-receive) 支持抽奖隐私协议逻辑</w:t>
      </w:r>
    </w:p>
    <w:p>
      <w:pPr>
        <w:pStyle w:val="Heading2"/>
      </w:pPr>
      <w:r>
        <w:t>Optimizes</w:t>
      </w:r>
    </w:p>
    <w:p>
      <w:pPr>
        <w:pStyle w:val="ListBullet"/>
      </w:pPr>
      <w:r>
        <w:rPr>
          <w:rFonts w:ascii="Source Han Sans SC" w:hAnsi="Source Han Sans SC" w:eastAsia="Source Han Sans SC" w:cs="Source Han Sans SC" w:hint="eastAsia"/>
          <w:sz w:val="21"/>
        </w:rPr>
        <w:t>优化外链脚本加载失败后的逻辑处理</w:t>
      </w:r>
    </w:p>
    <w:p>
      <w:pPr>
        <w:pStyle w:val="ListBullet"/>
      </w:pPr>
      <w:r>
        <w:rPr>
          <w:rFonts w:ascii="Source Han Sans SC" w:hAnsi="Source Han Sans SC" w:eastAsia="Source Han Sans SC" w:cs="Source Han Sans SC" w:hint="eastAsia"/>
          <w:sz w:val="21"/>
        </w:rPr>
        <w:t>优化移动端播放网页全屏逻辑</w:t>
      </w:r>
    </w:p>
    <w:p>
      <w:pPr>
        <w:pStyle w:val="ListBullet"/>
      </w:pPr>
      <w:r>
        <w:rPr>
          <w:rFonts w:ascii="Source Han Sans SC" w:hAnsi="Source Han Sans SC" w:eastAsia="Source Han Sans SC" w:cs="Source Han Sans SC" w:hint="eastAsia"/>
          <w:sz w:val="21"/>
        </w:rPr>
        <w:t xml:space="preserve">观看页只在 vid 入参时才设置直播播放器 </w:t>
      </w:r>
      <w:r>
        <w:rPr>
          <w:rFonts w:ascii="Menlo" w:hAnsi="Menlo"/>
          <w:color w:val="444444"/>
          <w:sz w:val="20"/>
        </w:rPr>
        <w:t>forceSessionId</w:t>
      </w:r>
      <w:r>
        <w:rPr>
          <w:rFonts w:ascii="Source Han Sans SC" w:hAnsi="Source Han Sans SC" w:eastAsia="Source Han Sans SC" w:cs="Source Han Sans SC" w:hint="eastAsia"/>
          <w:sz w:val="21"/>
        </w:rPr>
        <w:t xml:space="preserve"> 为 </w:t>
      </w:r>
      <w:r>
        <w:rPr>
          <w:rFonts w:ascii="Menlo" w:hAnsi="Menlo"/>
          <w:color w:val="444444"/>
          <w:sz w:val="20"/>
        </w:rPr>
        <w:t>false</w:t>
      </w:r>
    </w:p>
    <w:p>
      <w:pPr>
        <w:pStyle w:val="Heading2"/>
      </w:pPr>
      <w:r>
        <w:t>Build System</w:t>
      </w:r>
    </w:p>
    <w:p>
      <w:pPr>
        <w:pStyle w:val="ListBullet"/>
      </w:pPr>
      <w:r>
        <w:rPr>
          <w:rFonts w:ascii="Menlo" w:hAnsi="Menlo"/>
          <w:color w:val="444444"/>
          <w:sz w:val="20"/>
        </w:rPr>
        <w:t>interactions-receive-sdk</w:t>
      </w:r>
      <w:r>
        <w:rPr>
          <w:rFonts w:ascii="Source Han Sans SC" w:hAnsi="Source Han Sans SC" w:eastAsia="Source Han Sans SC" w:cs="Source Han Sans SC" w:hint="eastAsia"/>
          <w:sz w:val="21"/>
        </w:rPr>
        <w:t xml:space="preserve"> 更新至 </w:t>
      </w:r>
      <w:r>
        <w:rPr>
          <w:rFonts w:ascii="Menlo" w:hAnsi="Menlo"/>
          <w:color w:val="444444"/>
          <w:sz w:val="20"/>
        </w:rPr>
        <w:t>rc-20240620</w:t>
      </w:r>
    </w:p>
    <w:p>
      <w:r>
        <w:rPr>
          <w:rFonts w:ascii="Source Han Sans SC" w:hAnsi="Source Han Sans SC" w:eastAsia="Source Han Sans SC" w:cs="Source Han Sans SC" w:hint="eastAsia"/>
          <w:sz w:val="21"/>
        </w:rPr>
        <w:t>---</w:t>
      </w:r>
    </w:p>
    <w:p>
      <w:pPr>
        <w:pStyle w:val="Heading1"/>
      </w:pPr>
      <w:r>
        <w:t>v1.3.0(2024-05-24)</w:t>
      </w:r>
    </w:p>
    <w:p>
      <w:pPr>
        <w:pStyle w:val="Heading2"/>
      </w:pPr>
      <w:r>
        <w:t>Bug Fixes</w:t>
      </w:r>
    </w:p>
    <w:p>
      <w:pPr>
        <w:pStyle w:val="ListBullet"/>
      </w:pPr>
      <w:r>
        <w:rPr>
          <w:rFonts w:ascii="Source Han Sans SC" w:hAnsi="Source Han Sans SC" w:eastAsia="Source Han Sans SC" w:cs="Source Han Sans SC" w:hint="eastAsia"/>
          <w:sz w:val="21"/>
        </w:rPr>
        <w:t>聊天模块(chat) 修复观众自己点赞的消息重复累加的问题</w:t>
      </w:r>
    </w:p>
    <w:p>
      <w:pPr>
        <w:pStyle w:val="ListBullet"/>
      </w:pPr>
      <w:r>
        <w:rPr>
          <w:rFonts w:ascii="Source Han Sans SC" w:hAnsi="Source Han Sans SC" w:eastAsia="Source Han Sans SC" w:cs="Source Han Sans SC" w:hint="eastAsia"/>
          <w:sz w:val="21"/>
        </w:rPr>
        <w:t>聊天模块(chat) 和 连麦模块(connect-mic) 修复聊天室重连后观众昵称不正确的情况</w:t>
      </w:r>
    </w:p>
    <w:p>
      <w:pPr>
        <w:pStyle w:val="ListBullet"/>
      </w:pPr>
      <w:r>
        <w:rPr>
          <w:rFonts w:ascii="Source Han Sans SC" w:hAnsi="Source Han Sans SC" w:eastAsia="Source Han Sans SC" w:cs="Source Han Sans SC" w:hint="eastAsia"/>
          <w:sz w:val="21"/>
        </w:rPr>
        <w:t>修复部分 bug</w:t>
      </w:r>
    </w:p>
    <w:p>
      <w:pPr>
        <w:pStyle w:val="Heading2"/>
      </w:pPr>
      <w:r>
        <w:t>Features</w:t>
      </w:r>
    </w:p>
    <w:p>
      <w:pPr>
        <w:pStyle w:val="ListBullet"/>
      </w:pPr>
      <w:r>
        <w:rPr>
          <w:rFonts w:ascii="Source Han Sans SC" w:hAnsi="Source Han Sans SC" w:eastAsia="Source Han Sans SC" w:cs="Source Han Sans SC" w:hint="eastAsia"/>
          <w:sz w:val="21"/>
        </w:rPr>
        <w:t xml:space="preserve">sdk 支持配合 </w:t>
      </w:r>
      <w:r>
        <w:rPr>
          <w:rFonts w:ascii="Source Han Sans SC" w:hAnsi="Source Han Sans SC" w:eastAsia="Source Han Sans SC" w:cs="Source Han Sans SC" w:hint="eastAsia"/>
          <w:color w:val="2563EB"/>
          <w:sz w:val="21"/>
          <w:u w:val="single"/>
        </w:rPr>
        <w:t>保利威 WebView SDK</w:t>
      </w:r>
      <w:r>
        <w:rPr>
          <w:rFonts w:ascii="Source Han Sans SC" w:hAnsi="Source Han Sans SC" w:eastAsia="Source Han Sans SC" w:cs="Source Han Sans SC" w:hint="eastAsia"/>
          <w:sz w:val="21"/>
        </w:rPr>
        <w:t>，实现 Webview-Feed 流切换的能力（详情可咨询保利威技术人员）</w:t>
      </w:r>
    </w:p>
    <w:p>
      <w:pPr>
        <w:pStyle w:val="ListBullet"/>
      </w:pPr>
      <w:r>
        <w:rPr>
          <w:rFonts w:ascii="Source Han Sans SC" w:hAnsi="Source Han Sans SC" w:eastAsia="Source Han Sans SC" w:cs="Source Han Sans SC" w:hint="eastAsia"/>
          <w:sz w:val="21"/>
        </w:rPr>
        <w:t>sdk 支持响应后台"素材库"相关功能配置</w:t>
      </w:r>
    </w:p>
    <w:p>
      <w:pPr>
        <w:pStyle w:val="ListBullet"/>
      </w:pPr>
      <w:r>
        <w:rPr>
          <w:rFonts w:ascii="Source Han Sans SC" w:hAnsi="Source Han Sans SC" w:eastAsia="Source Han Sans SC" w:cs="Source Han Sans SC" w:hint="eastAsia"/>
          <w:sz w:val="21"/>
        </w:rPr>
        <w:t>频道模块(channel) 和 观众模块(user) 支持响应主播信息</w:t>
      </w:r>
    </w:p>
    <w:p>
      <w:pPr>
        <w:pStyle w:val="ListBullet"/>
      </w:pPr>
      <w:r>
        <w:rPr>
          <w:rFonts w:ascii="Source Han Sans SC" w:hAnsi="Source Han Sans SC" w:eastAsia="Source Han Sans SC" w:cs="Source Han Sans SC" w:hint="eastAsia"/>
          <w:sz w:val="21"/>
        </w:rPr>
        <w:t>连麦模块(connect-mic) 增加新版连麦流程</w:t>
      </w:r>
    </w:p>
    <w:p>
      <w:pPr>
        <w:pStyle w:val="ListBullet"/>
      </w:pPr>
      <w:r>
        <w:rPr>
          <w:rFonts w:ascii="Source Han Sans SC" w:hAnsi="Source Han Sans SC" w:eastAsia="Source Han Sans SC" w:cs="Source Han Sans SC" w:hint="eastAsia"/>
          <w:sz w:val="21"/>
        </w:rPr>
        <w:t>聊天模块(chat) 和 提问模块(ask) 增加消息重发功能</w:t>
      </w:r>
    </w:p>
    <w:p>
      <w:pPr>
        <w:pStyle w:val="ListBullet"/>
      </w:pPr>
      <w:r>
        <w:rPr>
          <w:rFonts w:ascii="Source Han Sans SC" w:hAnsi="Source Han Sans SC" w:eastAsia="Source Han Sans SC" w:cs="Source Han Sans SC" w:hint="eastAsia"/>
          <w:sz w:val="21"/>
        </w:rPr>
        <w:t>互动模块(interact-receive) 支持热卖商品悬浮条，支持商品提示语配置</w:t>
      </w:r>
    </w:p>
    <w:p>
      <w:pPr>
        <w:pStyle w:val="ListBullet"/>
      </w:pPr>
      <w:r>
        <w:rPr>
          <w:rFonts w:ascii="Source Han Sans SC" w:hAnsi="Source Han Sans SC" w:eastAsia="Source Han Sans SC" w:cs="Source Han Sans SC" w:hint="eastAsia"/>
          <w:sz w:val="21"/>
        </w:rPr>
        <w:t>一客一码模块(sale-invite) 新增相关的数据采集功能</w:t>
      </w:r>
    </w:p>
    <w:p>
      <w:pPr>
        <w:pStyle w:val="ListBullet"/>
      </w:pPr>
      <w:r>
        <w:rPr>
          <w:rFonts w:ascii="Source Han Sans SC" w:hAnsi="Source Han Sans SC" w:eastAsia="Source Han Sans SC" w:cs="Source Han Sans SC" w:hint="eastAsia"/>
          <w:sz w:val="21"/>
        </w:rPr>
        <w:t>新增一系列相关参数的支持，具体可以看参数上对应的版本号</w:t>
      </w:r>
    </w:p>
    <w:p>
      <w:pPr>
        <w:pStyle w:val="Heading2"/>
      </w:pPr>
      <w:r>
        <w:t>Optimizes</w:t>
      </w:r>
    </w:p>
    <w:p>
      <w:pPr>
        <w:pStyle w:val="ListBullet"/>
      </w:pPr>
      <w:r>
        <w:rPr>
          <w:rFonts w:ascii="Source Han Sans SC" w:hAnsi="Source Han Sans SC" w:eastAsia="Source Han Sans SC" w:cs="Source Han Sans SC" w:hint="eastAsia"/>
          <w:sz w:val="21"/>
        </w:rPr>
        <w:t>支持加载内部外链 sdk 失败时改用备用地址的逻辑</w:t>
      </w:r>
    </w:p>
    <w:p>
      <w:pPr>
        <w:pStyle w:val="ListBullet"/>
      </w:pPr>
      <w:r>
        <w:rPr>
          <w:rFonts w:ascii="Source Han Sans SC" w:hAnsi="Source Han Sans SC" w:eastAsia="Source Han Sans SC" w:cs="Source Han Sans SC" w:hint="eastAsia"/>
          <w:sz w:val="21"/>
        </w:rPr>
        <w:t>频道模块(channel) 支持响应技术支持平台对网页 favicon 的配置</w:t>
      </w:r>
    </w:p>
    <w:p>
      <w:pPr>
        <w:pStyle w:val="ListBullet"/>
      </w:pPr>
      <w:r>
        <w:rPr>
          <w:rFonts w:ascii="Source Han Sans SC" w:hAnsi="Source Han Sans SC" w:eastAsia="Source Han Sans SC" w:cs="Source Han Sans SC" w:hint="eastAsia"/>
          <w:sz w:val="21"/>
        </w:rPr>
        <w:t>邀请模块(invite) 支持获取邀请榜相关的配置信息</w:t>
      </w:r>
    </w:p>
    <w:p>
      <w:pPr>
        <w:pStyle w:val="Heading2"/>
      </w:pPr>
      <w:r>
        <w:t>Build System</w:t>
      </w:r>
    </w:p>
    <w:p>
      <w:r>
        <w:rPr>
          <w:rFonts w:ascii="Source Han Sans SC" w:hAnsi="Source Han Sans SC" w:eastAsia="Source Han Sans SC" w:cs="Source Han Sans SC" w:hint="eastAsia"/>
          <w:sz w:val="21"/>
        </w:rPr>
        <w:t>底层依赖版本更新，修复相关问题</w:t>
      </w:r>
    </w:p>
    <w:p>
      <w:pPr>
        <w:pStyle w:val="ListBullet"/>
      </w:pPr>
      <w:r>
        <w:rPr>
          <w:rFonts w:ascii="Menlo" w:hAnsi="Menlo"/>
          <w:color w:val="444444"/>
          <w:sz w:val="20"/>
        </w:rPr>
        <w:t>@just4/load-script</w:t>
      </w:r>
      <w:r>
        <w:rPr>
          <w:rFonts w:ascii="Source Han Sans SC" w:hAnsi="Source Han Sans SC" w:eastAsia="Source Han Sans SC" w:cs="Source Han Sans SC" w:hint="eastAsia"/>
          <w:sz w:val="21"/>
        </w:rPr>
        <w:t xml:space="preserve"> 更新至 </w:t>
      </w:r>
      <w:r>
        <w:rPr>
          <w:rFonts w:ascii="Menlo" w:hAnsi="Menlo"/>
          <w:color w:val="444444"/>
          <w:sz w:val="20"/>
        </w:rPr>
        <w:t>1.2.0</w:t>
      </w:r>
    </w:p>
    <w:p>
      <w:pPr>
        <w:pStyle w:val="ListBullet"/>
      </w:pPr>
      <w:r>
        <w:rPr>
          <w:rFonts w:ascii="Menlo" w:hAnsi="Menlo"/>
          <w:color w:val="444444"/>
          <w:sz w:val="20"/>
        </w:rPr>
        <w:t>@polyv/player-module</w:t>
      </w:r>
      <w:r>
        <w:rPr>
          <w:rFonts w:ascii="Source Han Sans SC" w:hAnsi="Source Han Sans SC" w:eastAsia="Source Han Sans SC" w:cs="Source Han Sans SC" w:hint="eastAsia"/>
          <w:sz w:val="21"/>
        </w:rPr>
        <w:t xml:space="preserve"> 更新至 </w:t>
      </w:r>
      <w:r>
        <w:rPr>
          <w:rFonts w:ascii="Menlo" w:hAnsi="Menlo"/>
          <w:color w:val="444444"/>
          <w:sz w:val="20"/>
        </w:rPr>
        <w:t>1.18.0</w:t>
      </w:r>
    </w:p>
    <w:p>
      <w:pPr>
        <w:pStyle w:val="ListBullet"/>
      </w:pPr>
      <w:r>
        <w:rPr>
          <w:rFonts w:ascii="Menlo" w:hAnsi="Menlo"/>
          <w:color w:val="444444"/>
          <w:sz w:val="20"/>
        </w:rPr>
        <w:t>@polyv/chat-sdk</w:t>
      </w:r>
      <w:r>
        <w:rPr>
          <w:rFonts w:ascii="Source Han Sans SC" w:hAnsi="Source Han Sans SC" w:eastAsia="Source Han Sans SC" w:cs="Source Han Sans SC" w:hint="eastAsia"/>
          <w:sz w:val="21"/>
        </w:rPr>
        <w:t xml:space="preserve"> 更新至 </w:t>
      </w:r>
      <w:r>
        <w:rPr>
          <w:rFonts w:ascii="Menlo" w:hAnsi="Menlo"/>
          <w:color w:val="444444"/>
          <w:sz w:val="20"/>
        </w:rPr>
        <w:t>0.21.0-rc.1</w:t>
      </w:r>
    </w:p>
    <w:p>
      <w:pPr>
        <w:pStyle w:val="ListBullet"/>
      </w:pPr>
      <w:r>
        <w:rPr>
          <w:rFonts w:ascii="Menlo" w:hAnsi="Menlo"/>
          <w:color w:val="444444"/>
          <w:sz w:val="20"/>
        </w:rPr>
        <w:t>@polyv/live-low-latency-player</w:t>
      </w:r>
      <w:r>
        <w:rPr>
          <w:rFonts w:ascii="Source Han Sans SC" w:hAnsi="Source Han Sans SC" w:eastAsia="Source Han Sans SC" w:cs="Source Han Sans SC" w:hint="eastAsia"/>
          <w:sz w:val="21"/>
        </w:rPr>
        <w:t xml:space="preserve"> 更新至 </w:t>
      </w:r>
      <w:r>
        <w:rPr>
          <w:rFonts w:ascii="Menlo" w:hAnsi="Menlo"/>
          <w:color w:val="444444"/>
          <w:sz w:val="20"/>
        </w:rPr>
        <w:t>1.6.0</w:t>
      </w:r>
    </w:p>
    <w:p>
      <w:pPr>
        <w:pStyle w:val="ListBullet"/>
      </w:pPr>
      <w:r>
        <w:rPr>
          <w:rFonts w:ascii="Menlo" w:hAnsi="Menlo"/>
          <w:color w:val="444444"/>
          <w:sz w:val="20"/>
        </w:rPr>
        <w:t>interactions-receive-sdk</w:t>
      </w:r>
      <w:r>
        <w:rPr>
          <w:rFonts w:ascii="Source Han Sans SC" w:hAnsi="Source Han Sans SC" w:eastAsia="Source Han Sans SC" w:cs="Source Han Sans SC" w:hint="eastAsia"/>
          <w:sz w:val="21"/>
        </w:rPr>
        <w:t xml:space="preserve"> 更新至 </w:t>
      </w:r>
      <w:r>
        <w:rPr>
          <w:rFonts w:ascii="Menlo" w:hAnsi="Menlo"/>
          <w:color w:val="444444"/>
          <w:sz w:val="20"/>
        </w:rPr>
        <w:t>rc-20240516</w:t>
      </w:r>
    </w:p>
    <w:p>
      <w:r>
        <w:rPr>
          <w:rFonts w:ascii="Source Han Sans SC" w:hAnsi="Source Han Sans SC" w:eastAsia="Source Han Sans SC" w:cs="Source Han Sans SC" w:hint="eastAsia"/>
          <w:sz w:val="21"/>
        </w:rPr>
        <w:t>---</w:t>
      </w:r>
    </w:p>
    <w:p>
      <w:pPr>
        <w:pStyle w:val="Heading1"/>
      </w:pPr>
      <w:r>
        <w:t>v1.2.0(2024-03-22)</w:t>
      </w:r>
    </w:p>
    <w:p>
      <w:pPr>
        <w:pStyle w:val="Heading2"/>
      </w:pPr>
      <w:r>
        <w:t>Bug Fixes</w:t>
      </w:r>
    </w:p>
    <w:p>
      <w:pPr>
        <w:pStyle w:val="ListBullet"/>
      </w:pPr>
      <w:r>
        <w:rPr>
          <w:rFonts w:ascii="Source Han Sans SC" w:hAnsi="Source Han Sans SC" w:eastAsia="Source Han Sans SC" w:cs="Source Han Sans SC" w:hint="eastAsia"/>
          <w:sz w:val="21"/>
        </w:rPr>
        <w:t xml:space="preserve">聊天室模块(chat) 修复处理开播端发言时出现 </w:t>
      </w:r>
      <w:r>
        <w:rPr>
          <w:rFonts w:ascii="Menlo" w:hAnsi="Menlo"/>
          <w:color w:val="444444"/>
          <w:sz w:val="20"/>
        </w:rPr>
        <w:t>xss</w:t>
      </w:r>
      <w:r>
        <w:rPr>
          <w:rFonts w:ascii="Source Han Sans SC" w:hAnsi="Source Han Sans SC" w:eastAsia="Source Han Sans SC" w:cs="Source Han Sans SC" w:hint="eastAsia"/>
          <w:sz w:val="21"/>
        </w:rPr>
        <w:t xml:space="preserve"> 注入的问题</w:t>
      </w:r>
    </w:p>
    <w:p>
      <w:pPr>
        <w:pStyle w:val="ListBullet"/>
      </w:pPr>
      <w:r>
        <w:rPr>
          <w:rFonts w:ascii="Source Han Sans SC" w:hAnsi="Source Han Sans SC" w:eastAsia="Source Han Sans SC" w:cs="Source Han Sans SC" w:hint="eastAsia"/>
          <w:sz w:val="21"/>
        </w:rPr>
        <w:t>播放器模块(player) 修复移动端清晰度选项显示不正确的情况</w:t>
      </w:r>
    </w:p>
    <w:p>
      <w:pPr>
        <w:pStyle w:val="Heading2"/>
      </w:pPr>
      <w:r>
        <w:t>Features</w:t>
      </w:r>
    </w:p>
    <w:p>
      <w:pPr>
        <w:pStyle w:val="ListBullet"/>
      </w:pPr>
      <w:r>
        <w:rPr>
          <w:rFonts w:ascii="Source Han Sans SC" w:hAnsi="Source Han Sans SC" w:eastAsia="Source Han Sans SC" w:cs="Source Han Sans SC" w:hint="eastAsia"/>
          <w:sz w:val="21"/>
        </w:rPr>
        <w:t>从该版本开始，金融风险确认模块(finance-risk-confirm) 和 金融风险测评模块(finance-risk-evaluation) 开始接入使用</w:t>
      </w:r>
    </w:p>
    <w:p>
      <w:pPr>
        <w:pStyle w:val="ListBullet"/>
      </w:pPr>
      <w:r>
        <w:rPr>
          <w:rFonts w:ascii="Source Han Sans SC" w:hAnsi="Source Han Sans SC" w:eastAsia="Source Han Sans SC" w:cs="Source Han Sans SC" w:hint="eastAsia"/>
          <w:sz w:val="21"/>
        </w:rPr>
        <w:t>sdk 新增观众身份认证模块(identify)，用于保利威的用户系统</w:t>
      </w:r>
    </w:p>
    <w:p>
      <w:pPr>
        <w:pStyle w:val="ListBullet"/>
      </w:pPr>
      <w:r>
        <w:rPr>
          <w:rFonts w:ascii="Source Han Sans SC" w:hAnsi="Source Han Sans SC" w:eastAsia="Source Han Sans SC" w:cs="Source Han Sans SC" w:hint="eastAsia"/>
          <w:sz w:val="21"/>
        </w:rPr>
        <w:t xml:space="preserve">核心模块(core) 新增 </w:t>
      </w:r>
      <w:r>
        <w:rPr>
          <w:rFonts w:ascii="Menlo" w:hAnsi="Menlo"/>
          <w:color w:val="444444"/>
          <w:sz w:val="20"/>
        </w:rPr>
        <w:t>getAccountInfo</w:t>
      </w:r>
      <w:r>
        <w:rPr>
          <w:rFonts w:ascii="Source Han Sans SC" w:hAnsi="Source Han Sans SC" w:eastAsia="Source Han Sans SC" w:cs="Source Han Sans SC" w:hint="eastAsia"/>
          <w:sz w:val="21"/>
        </w:rPr>
        <w:t xml:space="preserve"> 方法来获取当前频道对应的账号信息</w:t>
      </w:r>
    </w:p>
    <w:p>
      <w:pPr>
        <w:pStyle w:val="ListBullet"/>
      </w:pPr>
      <w:r>
        <w:rPr>
          <w:rFonts w:ascii="Source Han Sans SC" w:hAnsi="Source Han Sans SC" w:eastAsia="Source Han Sans SC" w:cs="Source Han Sans SC" w:hint="eastAsia"/>
          <w:sz w:val="21"/>
        </w:rPr>
        <w:t>聊天室模块(chat) 新增相关 api 支持消息重发相关功能</w:t>
      </w:r>
    </w:p>
    <w:p>
      <w:pPr>
        <w:pStyle w:val="ListBullet"/>
      </w:pPr>
      <w:r>
        <w:rPr>
          <w:rFonts w:ascii="Source Han Sans SC" w:hAnsi="Source Han Sans SC" w:eastAsia="Source Han Sans SC" w:cs="Source Han Sans SC" w:hint="eastAsia"/>
          <w:sz w:val="21"/>
        </w:rPr>
        <w:t>聊天室模块(chat) 和提问模块(ask) 新增对头衔和提问区标签的支持</w:t>
      </w:r>
    </w:p>
    <w:p>
      <w:pPr>
        <w:pStyle w:val="ListBullet"/>
      </w:pPr>
      <w:r>
        <w:rPr>
          <w:rFonts w:ascii="Source Han Sans SC" w:hAnsi="Source Han Sans SC" w:eastAsia="Source Han Sans SC" w:cs="Source Han Sans SC" w:hint="eastAsia"/>
          <w:sz w:val="21"/>
        </w:rPr>
        <w:t>播放器模块(player) 支持使用新的无延迟厂商(volc)</w:t>
      </w:r>
    </w:p>
    <w:p>
      <w:pPr>
        <w:pStyle w:val="ListBullet"/>
      </w:pPr>
      <w:r>
        <w:rPr>
          <w:rFonts w:ascii="Source Han Sans SC" w:hAnsi="Source Han Sans SC" w:eastAsia="Source Han Sans SC" w:cs="Source Han Sans SC" w:hint="eastAsia"/>
          <w:sz w:val="21"/>
        </w:rPr>
        <w:t>播放器模块(player) 支持使用后台相关的配置来控制回放视频的操作</w:t>
      </w:r>
    </w:p>
    <w:p>
      <w:pPr>
        <w:pStyle w:val="ListBullet"/>
      </w:pPr>
      <w:r>
        <w:rPr>
          <w:rFonts w:ascii="Source Han Sans SC" w:hAnsi="Source Han Sans SC" w:eastAsia="Source Han Sans SC" w:cs="Source Han Sans SC" w:hint="eastAsia"/>
          <w:sz w:val="21"/>
        </w:rPr>
        <w:t>文档模块(doc) 新增观看页翻页的权限控制</w:t>
      </w:r>
    </w:p>
    <w:p>
      <w:pPr>
        <w:pStyle w:val="ListBullet"/>
      </w:pPr>
      <w:r>
        <w:rPr>
          <w:rFonts w:ascii="Source Han Sans SC" w:hAnsi="Source Han Sans SC" w:eastAsia="Source Han Sans SC" w:cs="Source Han Sans SC" w:hint="eastAsia"/>
          <w:sz w:val="21"/>
        </w:rPr>
        <w:t>一客一码模块(sale-invite) 支持非微信环境使用</w:t>
      </w:r>
    </w:p>
    <w:p>
      <w:pPr>
        <w:pStyle w:val="Heading2"/>
      </w:pPr>
      <w:r>
        <w:t>Code Refactoring</w:t>
      </w:r>
    </w:p>
    <w:p>
      <w:r>
        <w:rPr>
          <w:rFonts w:ascii="Source Han Sans SC" w:hAnsi="Source Han Sans SC" w:eastAsia="Source Han Sans SC" w:cs="Source Han Sans SC" w:hint="eastAsia"/>
          <w:sz w:val="21"/>
        </w:rPr>
        <w:t xml:space="preserve">支持暴露内部模块，现在可以在创建 </w:t>
      </w:r>
      <w:r>
        <w:rPr>
          <w:rFonts w:ascii="Menlo" w:hAnsi="Menlo"/>
          <w:color w:val="444444"/>
          <w:sz w:val="20"/>
        </w:rPr>
        <w:t>WatchCore</w:t>
      </w:r>
      <w:r>
        <w:rPr>
          <w:rFonts w:ascii="Source Han Sans SC" w:hAnsi="Source Han Sans SC" w:eastAsia="Source Han Sans SC" w:cs="Source Han Sans SC" w:hint="eastAsia"/>
          <w:sz w:val="21"/>
        </w:rPr>
        <w:t xml:space="preserve"> 实例前，就通过导入模块来生成相关的默认值，比如：</w:t>
      </w:r>
    </w:p>
    <w:p>
      <w:pPr>
        <w:spacing w:after="180"/>
        <w:ind w:left="198"/>
      </w:pPr>
      <w:r>
        <w:rPr>
          <w:rFonts w:ascii="Menlo" w:hAnsi="Menlo"/>
          <w:color w:val="334155"/>
          <w:sz w:val="17"/>
        </w:rPr>
        <w:t>import { PlvChannelModule } from '@polyv/live-watch-miniprogram-sdk'</w:t>
        <w:br/>
        <w:t>const themeSetting = PlvChannelModule.generateDefaultThemeSetting();</w:t>
        <w:br/>
        <w:t>console.warn('themeSetting', themeSetting)</w:t>
      </w:r>
    </w:p>
    <w:p>
      <w:pPr>
        <w:pStyle w:val="Heading2"/>
      </w:pPr>
      <w:r>
        <w:t>Optimizes</w:t>
      </w:r>
    </w:p>
    <w:p>
      <w:pPr>
        <w:pStyle w:val="ListBullet"/>
      </w:pPr>
      <w:r>
        <w:rPr>
          <w:rFonts w:ascii="Source Han Sans SC" w:hAnsi="Source Han Sans SC" w:eastAsia="Source Han Sans SC" w:cs="Source Han Sans SC" w:hint="eastAsia"/>
          <w:sz w:val="21"/>
        </w:rPr>
        <w:t>sdk 兼容 PC 企微小程序</w:t>
      </w:r>
    </w:p>
    <w:p>
      <w:pPr>
        <w:pStyle w:val="ListBullet"/>
      </w:pPr>
      <w:r>
        <w:rPr>
          <w:rFonts w:ascii="Source Han Sans SC" w:hAnsi="Source Han Sans SC" w:eastAsia="Source Han Sans SC" w:cs="Source Han Sans SC" w:hint="eastAsia"/>
          <w:sz w:val="21"/>
        </w:rPr>
        <w:t>频道模块(channel) 新增观看次数相关 api，优化观看次数同步不及时的问题</w:t>
      </w:r>
    </w:p>
    <w:p>
      <w:pPr>
        <w:pStyle w:val="ListBullet"/>
      </w:pPr>
      <w:r>
        <w:rPr>
          <w:rFonts w:ascii="Source Han Sans SC" w:hAnsi="Source Han Sans SC" w:eastAsia="Source Han Sans SC" w:cs="Source Han Sans SC" w:hint="eastAsia"/>
          <w:sz w:val="21"/>
        </w:rPr>
        <w:t>连麦模块(connect-mic) 优化普通延迟频道连麦后， PPT 画面实时跟随处理</w:t>
      </w:r>
    </w:p>
    <w:p>
      <w:pPr>
        <w:pStyle w:val="ListBullet"/>
      </w:pPr>
      <w:r>
        <w:rPr>
          <w:rFonts w:ascii="Source Han Sans SC" w:hAnsi="Source Han Sans SC" w:eastAsia="Source Han Sans SC" w:cs="Source Han Sans SC" w:hint="eastAsia"/>
          <w:sz w:val="21"/>
        </w:rPr>
        <w:t>连麦模块(connect-mic) 优化上麦状态和连麦状态调用时机</w:t>
      </w:r>
    </w:p>
    <w:p>
      <w:pPr>
        <w:pStyle w:val="ListBullet"/>
      </w:pPr>
      <w:r>
        <w:rPr>
          <w:rFonts w:ascii="Source Han Sans SC" w:hAnsi="Source Han Sans SC" w:eastAsia="Source Han Sans SC" w:cs="Source Han Sans SC" w:hint="eastAsia"/>
          <w:sz w:val="21"/>
        </w:rPr>
        <w:t>播放器模块(player) 优化无延迟错误事件处理，便于外部在无延迟播放错误时能正常降级成普通延迟播放</w:t>
      </w:r>
    </w:p>
    <w:p>
      <w:pPr>
        <w:pStyle w:val="ListBullet"/>
      </w:pPr>
      <w:r>
        <w:rPr>
          <w:rFonts w:ascii="Source Han Sans SC" w:hAnsi="Source Han Sans SC" w:eastAsia="Source Han Sans SC" w:cs="Source Han Sans SC" w:hint="eastAsia"/>
          <w:sz w:val="21"/>
        </w:rPr>
        <w:t>观众模块(user) 完善实名认证相关判断</w:t>
      </w:r>
    </w:p>
    <w:p>
      <w:pPr>
        <w:pStyle w:val="ListBullet"/>
      </w:pPr>
      <w:r>
        <w:rPr>
          <w:rFonts w:ascii="Source Han Sans SC" w:hAnsi="Source Han Sans SC" w:eastAsia="Source Han Sans SC" w:cs="Source Han Sans SC" w:hint="eastAsia"/>
          <w:sz w:val="21"/>
        </w:rPr>
        <w:t>新增一系列相关参数的支持，具体可以看参数上对应的版本号</w:t>
      </w:r>
    </w:p>
    <w:p>
      <w:pPr>
        <w:pStyle w:val="Heading2"/>
      </w:pPr>
      <w:r>
        <w:t>Build System</w:t>
      </w:r>
    </w:p>
    <w:p>
      <w:pPr>
        <w:pStyle w:val="ListBullet"/>
      </w:pPr>
      <w:r>
        <w:rPr>
          <w:rFonts w:ascii="Source Han Sans SC" w:hAnsi="Source Han Sans SC" w:eastAsia="Source Han Sans SC" w:cs="Source Han Sans SC" w:hint="eastAsia"/>
          <w:sz w:val="21"/>
        </w:rPr>
        <w:t xml:space="preserve">更改加载播放器 SDK 和 PPT-SDK 的外链域名：从 </w:t>
      </w:r>
      <w:r>
        <w:rPr>
          <w:rFonts w:ascii="Menlo" w:hAnsi="Menlo"/>
          <w:color w:val="444444"/>
          <w:sz w:val="20"/>
        </w:rPr>
        <w:t>player.polyv.net</w:t>
      </w:r>
      <w:r>
        <w:rPr>
          <w:rFonts w:ascii="Source Han Sans SC" w:hAnsi="Source Han Sans SC" w:eastAsia="Source Han Sans SC" w:cs="Source Han Sans SC" w:hint="eastAsia"/>
          <w:sz w:val="21"/>
        </w:rPr>
        <w:t xml:space="preserve">更改成 </w:t>
      </w:r>
      <w:r>
        <w:rPr>
          <w:rFonts w:ascii="Menlo" w:hAnsi="Menlo"/>
          <w:color w:val="444444"/>
          <w:sz w:val="20"/>
        </w:rPr>
        <w:t>websdk.videocc.net</w:t>
      </w:r>
    </w:p>
    <w:p>
      <w:pPr>
        <w:pStyle w:val="ListBullet"/>
      </w:pPr>
      <w:r>
        <w:rPr>
          <w:rFonts w:ascii="Source Han Sans SC" w:hAnsi="Source Han Sans SC" w:eastAsia="Source Han Sans SC" w:cs="Source Han Sans SC" w:hint="eastAsia"/>
          <w:sz w:val="21"/>
        </w:rPr>
        <w:t xml:space="preserve">更改底层请求库：从 </w:t>
      </w:r>
      <w:r>
        <w:rPr>
          <w:rFonts w:ascii="Menlo" w:hAnsi="Menlo"/>
          <w:color w:val="444444"/>
          <w:sz w:val="20"/>
        </w:rPr>
        <w:t>@just4/ajax</w:t>
      </w:r>
      <w:r>
        <w:rPr>
          <w:rFonts w:ascii="Source Han Sans SC" w:hAnsi="Source Han Sans SC" w:eastAsia="Source Han Sans SC" w:cs="Source Han Sans SC" w:hint="eastAsia"/>
          <w:sz w:val="21"/>
        </w:rPr>
        <w:t xml:space="preserve"> 更改成 </w:t>
      </w:r>
      <w:r>
        <w:rPr>
          <w:rFonts w:ascii="Menlo" w:hAnsi="Menlo"/>
          <w:color w:val="444444"/>
          <w:sz w:val="20"/>
        </w:rPr>
        <w:t>@just4/request</w:t>
      </w:r>
    </w:p>
    <w:p>
      <w:pPr>
        <w:pStyle w:val="ListBullet"/>
      </w:pPr>
      <w:r>
        <w:rPr>
          <w:rFonts w:ascii="Source Han Sans SC" w:hAnsi="Source Han Sans SC" w:eastAsia="Source Han Sans SC" w:cs="Source Han Sans SC" w:hint="eastAsia"/>
          <w:sz w:val="21"/>
        </w:rPr>
        <w:t>底层依赖版本更新</w:t>
      </w:r>
    </w:p>
    <w:p>
      <w:pPr>
        <w:pStyle w:val="ListBullet"/>
      </w:pPr>
      <w:r>
        <w:rPr>
          <w:rFonts w:ascii="Menlo" w:hAnsi="Menlo"/>
          <w:color w:val="444444"/>
          <w:sz w:val="20"/>
        </w:rPr>
        <w:t>@polyv/elog-sdk</w:t>
      </w:r>
      <w:r>
        <w:rPr>
          <w:rFonts w:ascii="Source Han Sans SC" w:hAnsi="Source Han Sans SC" w:eastAsia="Source Han Sans SC" w:cs="Source Han Sans SC" w:hint="eastAsia"/>
          <w:sz w:val="21"/>
        </w:rPr>
        <w:t xml:space="preserve"> 更新至 </w:t>
      </w:r>
      <w:r>
        <w:rPr>
          <w:rFonts w:ascii="Menlo" w:hAnsi="Menlo"/>
          <w:color w:val="444444"/>
          <w:sz w:val="20"/>
        </w:rPr>
        <w:t>2.2.1</w:t>
      </w:r>
    </w:p>
    <w:p>
      <w:pPr>
        <w:pStyle w:val="ListBullet"/>
      </w:pPr>
      <w:r>
        <w:rPr>
          <w:rFonts w:ascii="Menlo" w:hAnsi="Menlo"/>
          <w:color w:val="444444"/>
          <w:sz w:val="20"/>
        </w:rPr>
        <w:t>@polyv/emotion-sdk</w:t>
      </w:r>
      <w:r>
        <w:rPr>
          <w:rFonts w:ascii="Source Han Sans SC" w:hAnsi="Source Han Sans SC" w:eastAsia="Source Han Sans SC" w:cs="Source Han Sans SC" w:hint="eastAsia"/>
          <w:sz w:val="21"/>
        </w:rPr>
        <w:t xml:space="preserve"> 更新至  </w:t>
      </w:r>
      <w:r>
        <w:rPr>
          <w:rFonts w:ascii="Menlo" w:hAnsi="Menlo"/>
          <w:color w:val="444444"/>
          <w:sz w:val="20"/>
        </w:rPr>
        <w:t>3.0.0</w:t>
      </w:r>
    </w:p>
    <w:p>
      <w:pPr>
        <w:pStyle w:val="ListBullet"/>
      </w:pPr>
      <w:r>
        <w:rPr>
          <w:rFonts w:ascii="Menlo" w:hAnsi="Menlo"/>
          <w:color w:val="444444"/>
          <w:sz w:val="20"/>
        </w:rPr>
        <w:t>@polyv/player-module</w:t>
      </w:r>
      <w:r>
        <w:rPr>
          <w:rFonts w:ascii="Source Han Sans SC" w:hAnsi="Source Han Sans SC" w:eastAsia="Source Han Sans SC" w:cs="Source Han Sans SC" w:hint="eastAsia"/>
          <w:sz w:val="21"/>
        </w:rPr>
        <w:t xml:space="preserve"> 更新至 </w:t>
      </w:r>
      <w:r>
        <w:rPr>
          <w:rFonts w:ascii="Menlo" w:hAnsi="Menlo"/>
          <w:color w:val="444444"/>
          <w:sz w:val="20"/>
        </w:rPr>
        <w:t>1.17.0</w:t>
      </w:r>
    </w:p>
    <w:p>
      <w:pPr>
        <w:pStyle w:val="ListBullet"/>
      </w:pPr>
      <w:r>
        <w:rPr>
          <w:rFonts w:ascii="Menlo" w:hAnsi="Menlo"/>
          <w:color w:val="444444"/>
          <w:sz w:val="20"/>
        </w:rPr>
        <w:t>@polyv/rtas-sdk</w:t>
      </w:r>
      <w:r>
        <w:rPr>
          <w:rFonts w:ascii="Source Han Sans SC" w:hAnsi="Source Han Sans SC" w:eastAsia="Source Han Sans SC" w:cs="Source Han Sans SC" w:hint="eastAsia"/>
          <w:sz w:val="21"/>
        </w:rPr>
        <w:t xml:space="preserve"> 更新至 </w:t>
      </w:r>
      <w:r>
        <w:rPr>
          <w:rFonts w:ascii="Menlo" w:hAnsi="Menlo"/>
          <w:color w:val="444444"/>
          <w:sz w:val="20"/>
        </w:rPr>
        <w:t>0.5.1</w:t>
      </w:r>
    </w:p>
    <w:p>
      <w:pPr>
        <w:pStyle w:val="ListBullet"/>
      </w:pPr>
      <w:r>
        <w:rPr>
          <w:rFonts w:ascii="Menlo" w:hAnsi="Menlo"/>
          <w:color w:val="444444"/>
          <w:sz w:val="20"/>
        </w:rPr>
        <w:t>@polyv/live-low-latency-player</w:t>
      </w:r>
      <w:r>
        <w:rPr>
          <w:rFonts w:ascii="Source Han Sans SC" w:hAnsi="Source Han Sans SC" w:eastAsia="Source Han Sans SC" w:cs="Source Han Sans SC" w:hint="eastAsia"/>
          <w:sz w:val="21"/>
        </w:rPr>
        <w:t xml:space="preserve"> 更新至 </w:t>
      </w:r>
      <w:r>
        <w:rPr>
          <w:rFonts w:ascii="Menlo" w:hAnsi="Menlo"/>
          <w:color w:val="444444"/>
          <w:sz w:val="20"/>
        </w:rPr>
        <w:t>1.5.0</w:t>
      </w:r>
    </w:p>
    <w:p>
      <w:pPr>
        <w:pStyle w:val="ListBullet"/>
      </w:pPr>
      <w:r>
        <w:rPr>
          <w:rFonts w:ascii="Menlo" w:hAnsi="Menlo"/>
          <w:color w:val="444444"/>
          <w:sz w:val="20"/>
        </w:rPr>
        <w:t>interactions-receive-sdk</w:t>
      </w:r>
      <w:r>
        <w:rPr>
          <w:rFonts w:ascii="Source Han Sans SC" w:hAnsi="Source Han Sans SC" w:eastAsia="Source Han Sans SC" w:cs="Source Han Sans SC" w:hint="eastAsia"/>
          <w:sz w:val="21"/>
        </w:rPr>
        <w:t xml:space="preserve"> 更新至 </w:t>
      </w:r>
      <w:r>
        <w:rPr>
          <w:rFonts w:ascii="Menlo" w:hAnsi="Menlo"/>
          <w:color w:val="444444"/>
          <w:sz w:val="20"/>
        </w:rPr>
        <w:t>rc-20240321</w:t>
      </w:r>
    </w:p>
    <w:p>
      <w:r>
        <w:rPr>
          <w:rFonts w:ascii="Source Han Sans SC" w:hAnsi="Source Han Sans SC" w:eastAsia="Source Han Sans SC" w:cs="Source Han Sans SC" w:hint="eastAsia"/>
          <w:sz w:val="21"/>
        </w:rPr>
        <w:t>---</w:t>
      </w:r>
    </w:p>
    <w:p>
      <w:pPr>
        <w:pStyle w:val="Heading1"/>
      </w:pPr>
      <w:r>
        <w:t>v1.1.0(2024-02-01)</w:t>
      </w:r>
    </w:p>
    <w:p>
      <w:pPr>
        <w:pStyle w:val="Heading2"/>
      </w:pPr>
      <w:r>
        <w:t>Bug Fixes</w:t>
      </w:r>
    </w:p>
    <w:p>
      <w:pPr>
        <w:pStyle w:val="ListBullet"/>
      </w:pPr>
      <w:r>
        <w:rPr>
          <w:rFonts w:ascii="Source Han Sans SC" w:hAnsi="Source Han Sans SC" w:eastAsia="Source Han Sans SC" w:cs="Source Han Sans SC" w:hint="eastAsia"/>
          <w:sz w:val="21"/>
        </w:rPr>
        <w:t xml:space="preserve">sdk 修复在初始化 </w:t>
      </w:r>
      <w:r>
        <w:rPr>
          <w:rFonts w:ascii="Menlo" w:hAnsi="Menlo"/>
          <w:color w:val="444444"/>
          <w:sz w:val="20"/>
        </w:rPr>
        <w:t>watchCore</w:t>
      </w:r>
      <w:r>
        <w:rPr>
          <w:rFonts w:ascii="Source Han Sans SC" w:hAnsi="Source Han Sans SC" w:eastAsia="Source Han Sans SC" w:cs="Source Han Sans SC" w:hint="eastAsia"/>
          <w:sz w:val="21"/>
        </w:rPr>
        <w:t xml:space="preserve"> 时，在传入的观众昵称为手机号后无法正常设置昵称的问题</w:t>
      </w:r>
    </w:p>
    <w:p>
      <w:pPr>
        <w:pStyle w:val="ListBullet"/>
      </w:pPr>
      <w:r>
        <w:rPr>
          <w:rFonts w:ascii="Source Han Sans SC" w:hAnsi="Source Han Sans SC" w:eastAsia="Source Han Sans SC" w:cs="Source Han Sans SC" w:hint="eastAsia"/>
          <w:sz w:val="21"/>
        </w:rPr>
        <w:t>sdk 修复内部模块浮点数计算精度问题，涉及提现模块(withdraw) 和红包模块(redpack)</w:t>
      </w:r>
    </w:p>
    <w:p>
      <w:pPr>
        <w:pStyle w:val="ListBullet"/>
      </w:pPr>
      <w:r>
        <w:rPr>
          <w:rFonts w:ascii="Source Han Sans SC" w:hAnsi="Source Han Sans SC" w:eastAsia="Source Han Sans SC" w:cs="Source Han Sans SC" w:hint="eastAsia"/>
          <w:sz w:val="21"/>
        </w:rPr>
        <w:t>播放器模块(player) 修复正常延迟直播播放时清晰度选项和配置不符合的问题</w:t>
      </w:r>
    </w:p>
    <w:p>
      <w:pPr>
        <w:pStyle w:val="ListBullet"/>
      </w:pPr>
      <w:r>
        <w:rPr>
          <w:rFonts w:ascii="Source Han Sans SC" w:hAnsi="Source Han Sans SC" w:eastAsia="Source Han Sans SC" w:cs="Source Han Sans SC" w:hint="eastAsia"/>
          <w:sz w:val="21"/>
        </w:rPr>
        <w:t>播放器模块(player) 修复在 PC 微信小程序上部分交互和样式异常的问题</w:t>
      </w:r>
    </w:p>
    <w:p>
      <w:pPr>
        <w:pStyle w:val="ListBullet"/>
      </w:pPr>
      <w:r>
        <w:rPr>
          <w:rFonts w:ascii="Source Han Sans SC" w:hAnsi="Source Han Sans SC" w:eastAsia="Source Han Sans SC" w:cs="Source Han Sans SC" w:hint="eastAsia"/>
          <w:sz w:val="21"/>
        </w:rPr>
        <w:t>报名模块(enroll) 修复在参与互动场景下，使用姓名作为聊天室昵称时没有及时同步的问题</w:t>
      </w:r>
    </w:p>
    <w:p>
      <w:pPr>
        <w:pStyle w:val="ListBullet"/>
      </w:pPr>
      <w:r>
        <w:rPr>
          <w:rFonts w:ascii="Source Han Sans SC" w:hAnsi="Source Han Sans SC" w:eastAsia="Source Han Sans SC" w:cs="Source Han Sans SC" w:hint="eastAsia"/>
          <w:sz w:val="21"/>
        </w:rPr>
        <w:t>连麦模块(connect-mic) 修复部分ios机型观看页点击申请连麦授权后无延迟播放没有声音的问题</w:t>
      </w:r>
    </w:p>
    <w:p>
      <w:pPr>
        <w:pStyle w:val="Heading2"/>
      </w:pPr>
      <w:r>
        <w:t>Features</w:t>
      </w:r>
    </w:p>
    <w:p>
      <w:pPr>
        <w:pStyle w:val="ListBullet"/>
      </w:pPr>
      <w:r>
        <w:rPr>
          <w:rFonts w:ascii="Source Han Sans SC" w:hAnsi="Source Han Sans SC" w:eastAsia="Source Han Sans SC" w:cs="Source Han Sans SC" w:hint="eastAsia"/>
          <w:sz w:val="21"/>
        </w:rPr>
        <w:t>互动模块(interact-receive) 支持自定义抽奖礼盒按钮文案</w:t>
      </w:r>
    </w:p>
    <w:p>
      <w:pPr>
        <w:pStyle w:val="ListBullet"/>
      </w:pPr>
      <w:r>
        <w:rPr>
          <w:rFonts w:ascii="Source Han Sans SC" w:hAnsi="Source Han Sans SC" w:eastAsia="Source Han Sans SC" w:cs="Source Han Sans SC" w:hint="eastAsia"/>
          <w:sz w:val="21"/>
        </w:rPr>
        <w:t xml:space="preserve">邀请模块(invite) 新增 </w:t>
      </w:r>
      <w:r>
        <w:rPr>
          <w:rFonts w:ascii="Menlo" w:hAnsi="Menlo"/>
          <w:color w:val="444444"/>
          <w:sz w:val="20"/>
        </w:rPr>
        <w:t>getInvitePosterUrl</w:t>
      </w:r>
      <w:r>
        <w:rPr>
          <w:rFonts w:ascii="Source Han Sans SC" w:hAnsi="Source Han Sans SC" w:eastAsia="Source Han Sans SC" w:cs="Source Han Sans SC" w:hint="eastAsia"/>
          <w:sz w:val="21"/>
        </w:rPr>
        <w:t xml:space="preserve"> 方法来获取保利威邀请海报链接</w:t>
      </w:r>
    </w:p>
    <w:p>
      <w:pPr>
        <w:pStyle w:val="ListBullet"/>
      </w:pPr>
      <w:r>
        <w:rPr>
          <w:rFonts w:ascii="Source Han Sans SC" w:hAnsi="Source Han Sans SC" w:eastAsia="Source Han Sans SC" w:cs="Source Han Sans SC" w:hint="eastAsia"/>
          <w:sz w:val="21"/>
        </w:rPr>
        <w:t>一客一码模块(sale-invite) 新增分享参数逻辑处理，支持响应后台相关配置</w:t>
      </w:r>
    </w:p>
    <w:p>
      <w:pPr>
        <w:pStyle w:val="ListBullet"/>
      </w:pPr>
      <w:r>
        <w:rPr>
          <w:rFonts w:ascii="Source Han Sans SC" w:hAnsi="Source Han Sans SC" w:eastAsia="Source Han Sans SC" w:cs="Source Han Sans SC" w:hint="eastAsia"/>
          <w:sz w:val="21"/>
        </w:rPr>
        <w:t xml:space="preserve">观众模块(user-module) 新增 </w:t>
      </w:r>
      <w:r>
        <w:rPr>
          <w:rFonts w:ascii="Menlo" w:hAnsi="Menlo"/>
          <w:color w:val="444444"/>
          <w:sz w:val="20"/>
        </w:rPr>
        <w:t>getUserSaleInfo</w:t>
      </w:r>
      <w:r>
        <w:rPr>
          <w:rFonts w:ascii="Source Han Sans SC" w:hAnsi="Source Han Sans SC" w:eastAsia="Source Han Sans SC" w:cs="Source Han Sans SC" w:hint="eastAsia"/>
          <w:sz w:val="21"/>
        </w:rPr>
        <w:t xml:space="preserve"> 方法获取当前一客一码跟进人信息</w:t>
      </w:r>
    </w:p>
    <w:p>
      <w:pPr>
        <w:pStyle w:val="ListBullet"/>
      </w:pPr>
      <w:r>
        <w:rPr>
          <w:rFonts w:ascii="Source Han Sans SC" w:hAnsi="Source Han Sans SC" w:eastAsia="Source Han Sans SC" w:cs="Source Han Sans SC" w:hint="eastAsia"/>
          <w:sz w:val="21"/>
        </w:rPr>
        <w:t>工具模块(utils) 新增生成保利威 PDF 预览地址和错误页地址的方法</w:t>
      </w:r>
    </w:p>
    <w:p>
      <w:pPr>
        <w:pStyle w:val="Heading2"/>
      </w:pPr>
      <w:r>
        <w:t>Optimizes</w:t>
      </w:r>
    </w:p>
    <w:p>
      <w:pPr>
        <w:pStyle w:val="ListBullet"/>
      </w:pPr>
      <w:r>
        <w:rPr>
          <w:rFonts w:ascii="Source Han Sans SC" w:hAnsi="Source Han Sans SC" w:eastAsia="Source Han Sans SC" w:cs="Source Han Sans SC" w:hint="eastAsia"/>
          <w:sz w:val="21"/>
        </w:rPr>
        <w:t>sdk 优化内部判断移动端设备的逻辑，适配麒麟系统</w:t>
      </w:r>
    </w:p>
    <w:p>
      <w:pPr>
        <w:pStyle w:val="ListBullet"/>
      </w:pPr>
      <w:r>
        <w:rPr>
          <w:rFonts w:ascii="Source Han Sans SC" w:hAnsi="Source Han Sans SC" w:eastAsia="Source Han Sans SC" w:cs="Source Han Sans SC" w:hint="eastAsia"/>
          <w:sz w:val="21"/>
        </w:rPr>
        <w:t>sdk 优化在移动设备使用正常延迟直播播放器时，直接加载对应的移动端播放器</w:t>
      </w:r>
    </w:p>
    <w:p>
      <w:pPr>
        <w:pStyle w:val="ListBullet"/>
      </w:pPr>
      <w:r>
        <w:rPr>
          <w:rFonts w:ascii="Source Han Sans SC" w:hAnsi="Source Han Sans SC" w:eastAsia="Source Han Sans SC" w:cs="Source Han Sans SC" w:hint="eastAsia"/>
          <w:sz w:val="21"/>
        </w:rPr>
        <w:t>观看条件模块(auth) 优化在外部授权条件下，跳转到失败授权地址时携带当前页面链接除保利威授权参数外的所有参数</w:t>
      </w:r>
    </w:p>
    <w:p>
      <w:pPr>
        <w:pStyle w:val="ListBullet"/>
      </w:pPr>
      <w:r>
        <w:rPr>
          <w:rFonts w:ascii="Source Han Sans SC" w:hAnsi="Source Han Sans SC" w:eastAsia="Source Han Sans SC" w:cs="Source Han Sans SC" w:hint="eastAsia"/>
          <w:sz w:val="21"/>
        </w:rPr>
        <w:t xml:space="preserve">频道模块(channel) 优化语言配置逻辑，增加 </w:t>
      </w:r>
      <w:r>
        <w:rPr>
          <w:rFonts w:ascii="Menlo" w:hAnsi="Menlo"/>
          <w:color w:val="444444"/>
          <w:sz w:val="20"/>
        </w:rPr>
        <w:t>getRecommendLangSetting</w:t>
      </w:r>
      <w:r>
        <w:rPr>
          <w:rFonts w:ascii="Source Han Sans SC" w:hAnsi="Source Han Sans SC" w:eastAsia="Source Han Sans SC" w:cs="Source Han Sans SC" w:hint="eastAsia"/>
          <w:sz w:val="21"/>
        </w:rPr>
        <w:t xml:space="preserve"> 方法来获取最优先的语言配置项</w:t>
      </w:r>
    </w:p>
    <w:p>
      <w:pPr>
        <w:pStyle w:val="ListBullet"/>
      </w:pPr>
      <w:r>
        <w:rPr>
          <w:rFonts w:ascii="Source Han Sans SC" w:hAnsi="Source Han Sans SC" w:eastAsia="Source Han Sans SC" w:cs="Source Han Sans SC" w:hint="eastAsia"/>
          <w:sz w:val="21"/>
        </w:rPr>
        <w:t xml:space="preserve">域名模块(domain) 新增 </w:t>
      </w:r>
      <w:r>
        <w:rPr>
          <w:rFonts w:ascii="Menlo" w:hAnsi="Menlo"/>
          <w:color w:val="444444"/>
          <w:sz w:val="20"/>
        </w:rPr>
        <w:t>watchPageDomain</w:t>
      </w:r>
      <w:r>
        <w:rPr>
          <w:rFonts w:ascii="Source Han Sans SC" w:hAnsi="Source Han Sans SC" w:eastAsia="Source Han Sans SC" w:cs="Source Han Sans SC" w:hint="eastAsia"/>
          <w:sz w:val="21"/>
        </w:rPr>
        <w:t xml:space="preserve"> 配置，并优化保利威业务页面跳转的域名处理逻辑</w:t>
      </w:r>
    </w:p>
    <w:p>
      <w:pPr>
        <w:pStyle w:val="ListBullet"/>
      </w:pPr>
      <w:r>
        <w:rPr>
          <w:rFonts w:ascii="Source Han Sans SC" w:hAnsi="Source Han Sans SC" w:eastAsia="Source Han Sans SC" w:cs="Source Han Sans SC" w:hint="eastAsia"/>
          <w:sz w:val="21"/>
        </w:rPr>
        <w:t>sdk 内部一系列细节优化，包括微信快照页，分享参数等...</w:t>
      </w:r>
    </w:p>
    <w:p>
      <w:pPr>
        <w:pStyle w:val="Heading2"/>
      </w:pPr>
      <w:r>
        <w:t>Build System</w:t>
      </w:r>
    </w:p>
    <w:p>
      <w:pPr>
        <w:pStyle w:val="ListBullet"/>
      </w:pPr>
      <w:r>
        <w:rPr>
          <w:rFonts w:ascii="Menlo" w:hAnsi="Menlo"/>
          <w:color w:val="444444"/>
          <w:sz w:val="20"/>
        </w:rPr>
        <w:t>@polyv/player-module</w:t>
      </w:r>
      <w:r>
        <w:rPr>
          <w:rFonts w:ascii="Source Han Sans SC" w:hAnsi="Source Han Sans SC" w:eastAsia="Source Han Sans SC" w:cs="Source Han Sans SC" w:hint="eastAsia"/>
          <w:sz w:val="21"/>
        </w:rPr>
        <w:t xml:space="preserve"> 更新至 </w:t>
      </w:r>
      <w:r>
        <w:rPr>
          <w:rFonts w:ascii="Menlo" w:hAnsi="Menlo"/>
          <w:color w:val="444444"/>
          <w:sz w:val="20"/>
        </w:rPr>
        <w:t>1.17.0</w:t>
      </w:r>
      <w:r>
        <w:rPr>
          <w:rFonts w:ascii="Source Han Sans SC" w:hAnsi="Source Han Sans SC" w:eastAsia="Source Han Sans SC" w:cs="Source Han Sans SC" w:hint="eastAsia"/>
          <w:sz w:val="21"/>
        </w:rPr>
        <w:t xml:space="preserve"> 版本，支持和优化弹幕相关逻辑</w:t>
      </w:r>
    </w:p>
    <w:p>
      <w:pPr>
        <w:pStyle w:val="ListBullet"/>
      </w:pPr>
      <w:r>
        <w:rPr>
          <w:rFonts w:ascii="Menlo" w:hAnsi="Menlo"/>
          <w:color w:val="444444"/>
          <w:sz w:val="20"/>
        </w:rPr>
        <w:t>@polyv/interactions-receive-sdk</w:t>
      </w:r>
      <w:r>
        <w:rPr>
          <w:rFonts w:ascii="Source Han Sans SC" w:hAnsi="Source Han Sans SC" w:eastAsia="Source Han Sans SC" w:cs="Source Han Sans SC" w:hint="eastAsia"/>
          <w:sz w:val="21"/>
        </w:rPr>
        <w:t xml:space="preserve"> 更新至 </w:t>
      </w:r>
      <w:r>
        <w:rPr>
          <w:rFonts w:ascii="Menlo" w:hAnsi="Menlo"/>
          <w:color w:val="444444"/>
          <w:sz w:val="20"/>
        </w:rPr>
        <w:t>rc-20240201</w:t>
      </w:r>
      <w:r>
        <w:rPr>
          <w:rFonts w:ascii="Source Han Sans SC" w:hAnsi="Source Han Sans SC" w:eastAsia="Source Han Sans SC" w:cs="Source Han Sans SC" w:hint="eastAsia"/>
          <w:sz w:val="21"/>
        </w:rPr>
        <w:t xml:space="preserve"> 版本</w:t>
      </w:r>
    </w:p>
    <w:p>
      <w:pPr>
        <w:pStyle w:val="ListBullet"/>
      </w:pPr>
      <w:r>
        <w:rPr>
          <w:rFonts w:ascii="Menlo" w:hAnsi="Menlo"/>
          <w:color w:val="444444"/>
          <w:sz w:val="20"/>
        </w:rPr>
        <w:t>@polyv/live-low-latency-player</w:t>
      </w:r>
      <w:r>
        <w:rPr>
          <w:rFonts w:ascii="Source Han Sans SC" w:hAnsi="Source Han Sans SC" w:eastAsia="Source Han Sans SC" w:cs="Source Han Sans SC" w:hint="eastAsia"/>
          <w:sz w:val="21"/>
        </w:rPr>
        <w:t xml:space="preserve"> 更新至 </w:t>
      </w:r>
      <w:r>
        <w:rPr>
          <w:rFonts w:ascii="Menlo" w:hAnsi="Menlo"/>
          <w:color w:val="444444"/>
          <w:sz w:val="20"/>
        </w:rPr>
        <w:t>1.4.0</w:t>
      </w:r>
      <w:r>
        <w:rPr>
          <w:rFonts w:ascii="Source Han Sans SC" w:hAnsi="Source Han Sans SC" w:eastAsia="Source Han Sans SC" w:cs="Source Han Sans SC" w:hint="eastAsia"/>
          <w:sz w:val="21"/>
        </w:rPr>
        <w:t xml:space="preserve"> 版本，优化退到后台恢复前台拉流逻辑</w:t>
      </w:r>
    </w:p>
    <w:p>
      <w:r>
        <w:rPr>
          <w:rFonts w:ascii="Source Han Sans SC" w:hAnsi="Source Han Sans SC" w:eastAsia="Source Han Sans SC" w:cs="Source Han Sans SC" w:hint="eastAsia"/>
          <w:sz w:val="21"/>
        </w:rPr>
        <w:t>---</w:t>
      </w:r>
    </w:p>
    <w:p>
      <w:pPr>
        <w:pStyle w:val="Heading1"/>
      </w:pPr>
      <w:r>
        <w:t>v1.0.0(2023-12-29)</w:t>
      </w:r>
    </w:p>
    <w:p>
      <w:pPr>
        <w:pStyle w:val="Heading2"/>
      </w:pPr>
      <w:r>
        <w:t>Deprecated</w:t>
      </w:r>
    </w:p>
    <w:p>
      <w:pPr>
        <w:pStyle w:val="ListBullet"/>
      </w:pPr>
      <w:r>
        <w:rPr>
          <w:rFonts w:ascii="Source Han Sans SC" w:hAnsi="Source Han Sans SC" w:eastAsia="Source Han Sans SC" w:cs="Source Han Sans SC" w:hint="eastAsia"/>
          <w:sz w:val="21"/>
        </w:rPr>
        <w:t xml:space="preserve">播放器模块(player) 即将废弃 </w:t>
      </w:r>
      <w:r>
        <w:rPr>
          <w:rFonts w:ascii="Menlo" w:hAnsi="Menlo"/>
          <w:color w:val="444444"/>
          <w:sz w:val="20"/>
        </w:rPr>
        <w:t>playerInfo</w:t>
      </w:r>
      <w:r>
        <w:rPr>
          <w:rFonts w:ascii="Source Han Sans SC" w:hAnsi="Source Han Sans SC" w:eastAsia="Source Han Sans SC" w:cs="Source Han Sans SC" w:hint="eastAsia"/>
          <w:sz w:val="21"/>
        </w:rPr>
        <w:t xml:space="preserve"> 中的 </w:t>
      </w:r>
      <w:r>
        <w:rPr>
          <w:rFonts w:ascii="Menlo" w:hAnsi="Menlo"/>
          <w:color w:val="444444"/>
          <w:sz w:val="20"/>
        </w:rPr>
        <w:t>pcPlayerVersion</w:t>
      </w:r>
      <w:r>
        <w:rPr>
          <w:rFonts w:ascii="Source Han Sans SC" w:hAnsi="Source Han Sans SC" w:eastAsia="Source Han Sans SC" w:cs="Source Han Sans SC" w:hint="eastAsia"/>
          <w:sz w:val="21"/>
        </w:rPr>
        <w:t xml:space="preserve"> 中的字段</w:t>
      </w:r>
    </w:p>
    <w:p>
      <w:pPr>
        <w:pStyle w:val="Heading2"/>
      </w:pPr>
      <w:r>
        <w:t>Bug Fixes</w:t>
      </w:r>
    </w:p>
    <w:p>
      <w:pPr>
        <w:pStyle w:val="ListBullet"/>
      </w:pPr>
      <w:r>
        <w:rPr>
          <w:rFonts w:ascii="Source Han Sans SC" w:hAnsi="Source Han Sans SC" w:eastAsia="Source Han Sans SC" w:cs="Source Han Sans SC" w:hint="eastAsia"/>
          <w:sz w:val="21"/>
        </w:rPr>
        <w:t>连麦模块(connect-mic) 修复网络状况不佳且重复连麦时无法正常连麦的问题</w:t>
      </w:r>
    </w:p>
    <w:p>
      <w:pPr>
        <w:pStyle w:val="ListBullet"/>
      </w:pPr>
      <w:r>
        <w:rPr>
          <w:rFonts w:ascii="Source Han Sans SC" w:hAnsi="Source Han Sans SC" w:eastAsia="Source Han Sans SC" w:cs="Source Han Sans SC" w:hint="eastAsia"/>
          <w:sz w:val="21"/>
        </w:rPr>
        <w:t xml:space="preserve">聊天室模块(chat) 修复部分情况下当前观众发言后没有正常回调 </w:t>
      </w:r>
      <w:r>
        <w:rPr>
          <w:rFonts w:ascii="Menlo" w:hAnsi="Menlo"/>
          <w:color w:val="444444"/>
          <w:sz w:val="20"/>
        </w:rPr>
        <w:t>ChatEvents.SelfSpeak</w:t>
      </w:r>
      <w:r>
        <w:rPr>
          <w:rFonts w:ascii="Source Han Sans SC" w:hAnsi="Source Han Sans SC" w:eastAsia="Source Han Sans SC" w:cs="Source Han Sans SC" w:hint="eastAsia"/>
          <w:sz w:val="21"/>
        </w:rPr>
        <w:t xml:space="preserve"> 事件的问题</w:t>
      </w:r>
    </w:p>
    <w:p>
      <w:pPr>
        <w:pStyle w:val="ListBullet"/>
      </w:pPr>
      <w:r>
        <w:rPr>
          <w:rFonts w:ascii="Source Han Sans SC" w:hAnsi="Source Han Sans SC" w:eastAsia="Source Han Sans SC" w:cs="Source Han Sans SC" w:hint="eastAsia"/>
          <w:sz w:val="21"/>
        </w:rPr>
        <w:t>播放器模块(player) 修复无延迟直播时移功能和跑马灯功能冲突的问题</w:t>
      </w:r>
    </w:p>
    <w:p>
      <w:pPr>
        <w:pStyle w:val="Heading2"/>
      </w:pPr>
      <w:r>
        <w:t>Features</w:t>
      </w:r>
    </w:p>
    <w:p>
      <w:pPr>
        <w:pStyle w:val="ListBullet"/>
      </w:pPr>
      <w:r>
        <w:rPr>
          <w:rFonts w:ascii="Source Han Sans SC" w:hAnsi="Source Han Sans SC" w:eastAsia="Source Han Sans SC" w:cs="Source Han Sans SC" w:hint="eastAsia"/>
          <w:sz w:val="21"/>
        </w:rPr>
        <w:t>域名模块(domain) 新增相关的域名配置项，其余模块同步更改</w:t>
      </w:r>
    </w:p>
    <w:p>
      <w:pPr>
        <w:pStyle w:val="ListBullet"/>
      </w:pPr>
      <w:r>
        <w:rPr>
          <w:rFonts w:ascii="Source Han Sans SC" w:hAnsi="Source Han Sans SC" w:eastAsia="Source Han Sans SC" w:cs="Source Han Sans SC" w:hint="eastAsia"/>
          <w:sz w:val="21"/>
        </w:rPr>
        <w:t>工具模块(utils) 新增获取当前默认静态资源的方法</w:t>
      </w:r>
    </w:p>
    <w:p>
      <w:pPr>
        <w:pStyle w:val="ListBullet"/>
      </w:pPr>
      <w:r>
        <w:rPr>
          <w:rFonts w:ascii="Source Han Sans SC" w:hAnsi="Source Han Sans SC" w:eastAsia="Source Han Sans SC" w:cs="Source Han Sans SC" w:hint="eastAsia"/>
          <w:sz w:val="21"/>
        </w:rPr>
        <w:t>播放器模块(player) 增加暂停按钮样式开关</w:t>
      </w:r>
    </w:p>
    <w:p>
      <w:pPr>
        <w:pStyle w:val="ListBullet"/>
      </w:pPr>
      <w:r>
        <w:rPr>
          <w:rFonts w:ascii="Source Han Sans SC" w:hAnsi="Source Han Sans SC" w:eastAsia="Source Han Sans SC" w:cs="Source Han Sans SC" w:hint="eastAsia"/>
          <w:sz w:val="21"/>
        </w:rPr>
        <w:t xml:space="preserve">字幕模块(subtitle) 新增 </w:t>
      </w:r>
      <w:r>
        <w:rPr>
          <w:rFonts w:ascii="Menlo" w:hAnsi="Menlo"/>
          <w:color w:val="444444"/>
          <w:sz w:val="20"/>
        </w:rPr>
        <w:t>SubtitleSetuped</w:t>
      </w:r>
      <w:r>
        <w:rPr>
          <w:rFonts w:ascii="Source Han Sans SC" w:hAnsi="Source Han Sans SC" w:eastAsia="Source Han Sans SC" w:cs="Source Han Sans SC" w:hint="eastAsia"/>
          <w:sz w:val="21"/>
        </w:rPr>
        <w:t xml:space="preserve"> 事件回调来兼容获取历史消息逻辑</w:t>
      </w:r>
    </w:p>
    <w:p>
      <w:pPr>
        <w:pStyle w:val="ListBullet"/>
      </w:pPr>
      <w:r>
        <w:rPr>
          <w:rFonts w:ascii="Source Han Sans SC" w:hAnsi="Source Han Sans SC" w:eastAsia="Source Han Sans SC" w:cs="Source Han Sans SC" w:hint="eastAsia"/>
          <w:sz w:val="21"/>
        </w:rPr>
        <w:t xml:space="preserve">打赏模块(donate) 新增 </w:t>
      </w:r>
      <w:r>
        <w:rPr>
          <w:rFonts w:ascii="Menlo" w:hAnsi="Menlo"/>
          <w:color w:val="444444"/>
          <w:sz w:val="20"/>
        </w:rPr>
        <w:t>getDonateSvgaUrl</w:t>
      </w:r>
      <w:r>
        <w:rPr>
          <w:rFonts w:ascii="Source Han Sans SC" w:hAnsi="Source Han Sans SC" w:eastAsia="Source Han Sans SC" w:cs="Source Han Sans SC" w:hint="eastAsia"/>
          <w:sz w:val="21"/>
        </w:rPr>
        <w:t xml:space="preserve"> 方法来获取保利威默认的 </w:t>
      </w:r>
      <w:r>
        <w:rPr>
          <w:rFonts w:ascii="Menlo" w:hAnsi="Menlo"/>
          <w:color w:val="444444"/>
          <w:sz w:val="20"/>
        </w:rPr>
        <w:t>svga</w:t>
      </w:r>
      <w:r>
        <w:rPr>
          <w:rFonts w:ascii="Source Han Sans SC" w:hAnsi="Source Han Sans SC" w:eastAsia="Source Han Sans SC" w:cs="Source Han Sans SC" w:hint="eastAsia"/>
          <w:sz w:val="21"/>
        </w:rPr>
        <w:t xml:space="preserve"> 链接</w:t>
      </w:r>
    </w:p>
    <w:p>
      <w:pPr>
        <w:pStyle w:val="Heading2"/>
      </w:pPr>
      <w:r>
        <w:t>Optimizes</w:t>
      </w:r>
    </w:p>
    <w:p>
      <w:pPr>
        <w:pStyle w:val="ListBullet"/>
      </w:pPr>
      <w:r>
        <w:rPr>
          <w:rFonts w:ascii="Source Han Sans SC" w:hAnsi="Source Han Sans SC" w:eastAsia="Source Han Sans SC" w:cs="Source Han Sans SC" w:hint="eastAsia"/>
          <w:sz w:val="21"/>
        </w:rPr>
        <w:t xml:space="preserve">加载外部 SDK 时增加 </w:t>
      </w:r>
      <w:r>
        <w:rPr>
          <w:rFonts w:ascii="Menlo" w:hAnsi="Menlo"/>
          <w:color w:val="444444"/>
          <w:sz w:val="20"/>
        </w:rPr>
        <w:t>crossorigin=anonymous</w:t>
      </w:r>
      <w:r>
        <w:rPr>
          <w:rFonts w:ascii="Source Han Sans SC" w:hAnsi="Source Han Sans SC" w:eastAsia="Source Han Sans SC" w:cs="Source Han Sans SC" w:hint="eastAsia"/>
          <w:sz w:val="21"/>
        </w:rPr>
        <w:t xml:space="preserve"> 逻辑处理</w:t>
      </w:r>
    </w:p>
    <w:p>
      <w:pPr>
        <w:pStyle w:val="ListBullet"/>
      </w:pPr>
      <w:r>
        <w:rPr>
          <w:rFonts w:ascii="Source Han Sans SC" w:hAnsi="Source Han Sans SC" w:eastAsia="Source Han Sans SC" w:cs="Source Han Sans SC" w:hint="eastAsia"/>
          <w:sz w:val="21"/>
        </w:rPr>
        <w:t>观看条件模块(auth) 补充一客一码授权类型处理</w:t>
      </w:r>
    </w:p>
    <w:p>
      <w:pPr>
        <w:pStyle w:val="ListBullet"/>
      </w:pPr>
      <w:r>
        <w:rPr>
          <w:rFonts w:ascii="Source Han Sans SC" w:hAnsi="Source Han Sans SC" w:eastAsia="Source Han Sans SC" w:cs="Source Han Sans SC" w:hint="eastAsia"/>
          <w:sz w:val="21"/>
        </w:rPr>
        <w:t>弹幕模块(barrage) 优化显示逻辑，在弹幕数过多的情况下也不丢弃当前观众的弹幕</w:t>
      </w:r>
    </w:p>
    <w:p>
      <w:pPr>
        <w:pStyle w:val="ListBullet"/>
      </w:pPr>
      <w:r>
        <w:rPr>
          <w:rFonts w:ascii="Source Han Sans SC" w:hAnsi="Source Han Sans SC" w:eastAsia="Source Han Sans SC" w:cs="Source Han Sans SC" w:hint="eastAsia"/>
          <w:sz w:val="21"/>
        </w:rPr>
        <w:t>播放器模块(player) 兼容点播播放器在 PC 端小程序播放加密视频的逻辑</w:t>
      </w:r>
    </w:p>
    <w:p>
      <w:pPr>
        <w:pStyle w:val="ListBullet"/>
      </w:pPr>
      <w:r>
        <w:rPr>
          <w:rFonts w:ascii="Source Han Sans SC" w:hAnsi="Source Han Sans SC" w:eastAsia="Source Han Sans SC" w:cs="Source Han Sans SC" w:hint="eastAsia"/>
          <w:sz w:val="21"/>
        </w:rPr>
        <w:t>微信模块(weixin) 优化微信快照用户相关授权验证逻辑</w:t>
      </w:r>
    </w:p>
    <w:p>
      <w:pPr>
        <w:pStyle w:val="ListBullet"/>
      </w:pPr>
      <w:r>
        <w:rPr>
          <w:rFonts w:ascii="Source Han Sans SC" w:hAnsi="Source Han Sans SC" w:eastAsia="Source Han Sans SC" w:cs="Source Han Sans SC" w:hint="eastAsia"/>
          <w:sz w:val="21"/>
        </w:rPr>
        <w:t>频道模块(channel) 和播放器模块(player) 优化直播结束后自动切回放逻辑</w:t>
      </w:r>
    </w:p>
    <w:p>
      <w:pPr>
        <w:pStyle w:val="Heading2"/>
      </w:pPr>
      <w:r>
        <w:t>Build System</w:t>
      </w:r>
    </w:p>
    <w:p>
      <w:pPr>
        <w:pStyle w:val="ListBullet"/>
      </w:pPr>
      <w:r>
        <w:rPr>
          <w:rFonts w:ascii="Source Han Sans SC" w:hAnsi="Source Han Sans SC" w:eastAsia="Source Han Sans SC" w:cs="Source Han Sans SC" w:hint="eastAsia"/>
          <w:sz w:val="21"/>
        </w:rPr>
        <w:t>SDK 正式版固定依赖库版本号，依赖的部分 beta 包更新至正式版</w:t>
      </w:r>
    </w:p>
    <w:p>
      <w:pPr>
        <w:pStyle w:val="ListBullet"/>
      </w:pPr>
      <w:r>
        <w:rPr>
          <w:rFonts w:ascii="Menlo" w:hAnsi="Menlo"/>
          <w:color w:val="444444"/>
          <w:sz w:val="20"/>
        </w:rPr>
        <w:t>@polyv/interactions-receive-sdk</w:t>
      </w:r>
      <w:r>
        <w:rPr>
          <w:rFonts w:ascii="Source Han Sans SC" w:hAnsi="Source Han Sans SC" w:eastAsia="Source Han Sans SC" w:cs="Source Han Sans SC" w:hint="eastAsia"/>
          <w:sz w:val="21"/>
        </w:rPr>
        <w:t xml:space="preserve"> 更新至 </w:t>
      </w:r>
      <w:r>
        <w:rPr>
          <w:rFonts w:ascii="Menlo" w:hAnsi="Menlo"/>
          <w:color w:val="444444"/>
          <w:sz w:val="20"/>
        </w:rPr>
        <w:t>rc-20231228</w:t>
      </w:r>
      <w:r>
        <w:rPr>
          <w:rFonts w:ascii="Source Han Sans SC" w:hAnsi="Source Han Sans SC" w:eastAsia="Source Han Sans SC" w:cs="Source Han Sans SC" w:hint="eastAsia"/>
          <w:sz w:val="21"/>
        </w:rPr>
        <w:t xml:space="preserve"> 版本</w:t>
      </w:r>
    </w:p>
    <w:p>
      <w:pPr>
        <w:pStyle w:val="ListBullet"/>
      </w:pPr>
      <w:r>
        <w:rPr>
          <w:rFonts w:ascii="Menlo" w:hAnsi="Menlo"/>
          <w:color w:val="444444"/>
          <w:sz w:val="20"/>
        </w:rPr>
        <w:t>@polyv/player-module</w:t>
      </w:r>
      <w:r>
        <w:rPr>
          <w:rFonts w:ascii="Source Han Sans SC" w:hAnsi="Source Han Sans SC" w:eastAsia="Source Han Sans SC" w:cs="Source Han Sans SC" w:hint="eastAsia"/>
          <w:sz w:val="21"/>
        </w:rPr>
        <w:t xml:space="preserve"> 更新至 </w:t>
      </w:r>
      <w:r>
        <w:rPr>
          <w:rFonts w:ascii="Menlo" w:hAnsi="Menlo"/>
          <w:color w:val="444444"/>
          <w:sz w:val="20"/>
        </w:rPr>
        <w:t>1.16.1</w:t>
      </w:r>
      <w:r>
        <w:rPr>
          <w:rFonts w:ascii="Source Han Sans SC" w:hAnsi="Source Han Sans SC" w:eastAsia="Source Han Sans SC" w:cs="Source Han Sans SC" w:hint="eastAsia"/>
          <w:sz w:val="21"/>
        </w:rPr>
        <w:t xml:space="preserve"> 版本，完善弹幕库支持</w:t>
      </w:r>
    </w:p>
    <w:p>
      <w:pPr>
        <w:pStyle w:val="ListBullet"/>
      </w:pPr>
      <w:r>
        <w:rPr>
          <w:rFonts w:ascii="Menlo" w:hAnsi="Menlo"/>
          <w:color w:val="444444"/>
          <w:sz w:val="20"/>
        </w:rPr>
        <w:t>@polyv/live-low-latency-player</w:t>
      </w:r>
      <w:r>
        <w:rPr>
          <w:rFonts w:ascii="Source Han Sans SC" w:hAnsi="Source Han Sans SC" w:eastAsia="Source Han Sans SC" w:cs="Source Han Sans SC" w:hint="eastAsia"/>
          <w:sz w:val="21"/>
        </w:rPr>
        <w:t xml:space="preserve"> 更新至 </w:t>
      </w:r>
      <w:r>
        <w:rPr>
          <w:rFonts w:ascii="Menlo" w:hAnsi="Menlo"/>
          <w:color w:val="444444"/>
          <w:sz w:val="20"/>
        </w:rPr>
        <w:t>1.3.0</w:t>
      </w:r>
      <w:r>
        <w:rPr>
          <w:rFonts w:ascii="Source Han Sans SC" w:hAnsi="Source Han Sans SC" w:eastAsia="Source Han Sans SC" w:cs="Source Han Sans SC" w:hint="eastAsia"/>
          <w:sz w:val="21"/>
        </w:rPr>
        <w:t xml:space="preserve"> 版本</w:t>
      </w:r>
    </w:p>
    <w:p>
      <w:r>
        <w:rPr>
          <w:rFonts w:ascii="Source Han Sans SC" w:hAnsi="Source Han Sans SC" w:eastAsia="Source Han Sans SC" w:cs="Source Han Sans SC" w:hint="eastAsia"/>
          <w:sz w:val="21"/>
        </w:rPr>
        <w:t>---</w:t>
      </w:r>
    </w:p>
    <w:p>
      <w:pPr>
        <w:pStyle w:val="Heading1"/>
      </w:pPr>
      <w:r>
        <w:t>v0.12.0(2023-12-08)</w:t>
      </w:r>
    </w:p>
    <w:p>
      <w:pPr>
        <w:pStyle w:val="Heading2"/>
      </w:pPr>
      <w:r>
        <w:t>Deprecated</w:t>
      </w:r>
    </w:p>
    <w:p>
      <w:pPr>
        <w:pStyle w:val="ListBullet"/>
      </w:pPr>
      <w:r>
        <w:rPr>
          <w:rFonts w:ascii="Source Han Sans SC" w:hAnsi="Source Han Sans SC" w:eastAsia="Source Han Sans SC" w:cs="Source Han Sans SC" w:hint="eastAsia"/>
          <w:sz w:val="21"/>
        </w:rPr>
        <w:t xml:space="preserve">互动模块(interact-receive) 即将废弃 </w:t>
      </w:r>
      <w:r>
        <w:rPr>
          <w:rFonts w:ascii="Menlo" w:hAnsi="Menlo"/>
          <w:color w:val="444444"/>
          <w:sz w:val="20"/>
        </w:rPr>
        <w:t>ProductEnabledChange</w:t>
      </w:r>
      <w:r>
        <w:rPr>
          <w:rFonts w:ascii="Source Han Sans SC" w:hAnsi="Source Han Sans SC" w:eastAsia="Source Han Sans SC" w:cs="Source Han Sans SC" w:hint="eastAsia"/>
          <w:sz w:val="21"/>
        </w:rPr>
        <w:t xml:space="preserve"> 事件，请改用 </w:t>
      </w:r>
      <w:r>
        <w:rPr>
          <w:rFonts w:ascii="Menlo" w:hAnsi="Menlo"/>
          <w:color w:val="444444"/>
          <w:sz w:val="20"/>
        </w:rPr>
        <w:t>InteractSettingUpdate</w:t>
      </w:r>
      <w:r>
        <w:rPr>
          <w:rFonts w:ascii="Source Han Sans SC" w:hAnsi="Source Han Sans SC" w:eastAsia="Source Han Sans SC" w:cs="Source Han Sans SC" w:hint="eastAsia"/>
          <w:sz w:val="21"/>
        </w:rPr>
        <w:t xml:space="preserve"> 事件处理</w:t>
      </w:r>
    </w:p>
    <w:p>
      <w:pPr>
        <w:pStyle w:val="Heading2"/>
      </w:pPr>
      <w:r>
        <w:t>Bug Fixes</w:t>
      </w:r>
    </w:p>
    <w:p>
      <w:pPr>
        <w:pStyle w:val="ListBullet"/>
      </w:pPr>
      <w:r>
        <w:rPr>
          <w:rFonts w:ascii="Source Han Sans SC" w:hAnsi="Source Han Sans SC" w:eastAsia="Source Han Sans SC" w:cs="Source Han Sans SC" w:hint="eastAsia"/>
          <w:sz w:val="21"/>
        </w:rPr>
        <w:t xml:space="preserve">修复频繁多次调用核心模块(watchCore) </w:t>
      </w:r>
      <w:r>
        <w:rPr>
          <w:rFonts w:ascii="Menlo" w:hAnsi="Menlo"/>
          <w:color w:val="444444"/>
          <w:sz w:val="20"/>
        </w:rPr>
        <w:t>setup</w:t>
      </w:r>
      <w:r>
        <w:rPr>
          <w:rFonts w:ascii="Source Han Sans SC" w:hAnsi="Source Han Sans SC" w:eastAsia="Source Han Sans SC" w:cs="Source Han Sans SC" w:hint="eastAsia"/>
          <w:sz w:val="21"/>
        </w:rPr>
        <w:t xml:space="preserve"> 方法报错的问题</w:t>
      </w:r>
    </w:p>
    <w:p>
      <w:pPr>
        <w:pStyle w:val="ListBullet"/>
      </w:pPr>
      <w:r>
        <w:rPr>
          <w:rFonts w:ascii="Source Han Sans SC" w:hAnsi="Source Han Sans SC" w:eastAsia="Source Han Sans SC" w:cs="Source Han Sans SC" w:hint="eastAsia"/>
          <w:sz w:val="21"/>
        </w:rPr>
        <w:t>修复播放器模块(player) 缺少清晰度选项的问题</w:t>
      </w:r>
    </w:p>
    <w:p>
      <w:pPr>
        <w:pStyle w:val="ListBullet"/>
      </w:pPr>
      <w:r>
        <w:rPr>
          <w:rFonts w:ascii="Source Han Sans SC" w:hAnsi="Source Han Sans SC" w:eastAsia="Source Han Sans SC" w:cs="Source Han Sans SC" w:hint="eastAsia"/>
          <w:sz w:val="21"/>
        </w:rPr>
        <w:t>修复字幕模块(subtitle) 获取历史实时字幕显示顺序可能反转的问题</w:t>
      </w:r>
    </w:p>
    <w:p>
      <w:pPr>
        <w:pStyle w:val="ListBullet"/>
      </w:pPr>
      <w:r>
        <w:rPr>
          <w:rFonts w:ascii="Source Han Sans SC" w:hAnsi="Source Han Sans SC" w:eastAsia="Source Han Sans SC" w:cs="Source Han Sans SC" w:hint="eastAsia"/>
          <w:sz w:val="21"/>
        </w:rPr>
        <w:t>修复互动评论抽奖时，自己发送的评论弹幕没显示</w:t>
      </w:r>
    </w:p>
    <w:p>
      <w:pPr>
        <w:pStyle w:val="ListBullet"/>
      </w:pPr>
      <w:r>
        <w:rPr>
          <w:rFonts w:ascii="Source Han Sans SC" w:hAnsi="Source Han Sans SC" w:eastAsia="Source Han Sans SC" w:cs="Source Han Sans SC" w:hint="eastAsia"/>
          <w:sz w:val="21"/>
        </w:rPr>
        <w:t>修复内部轮询器没有正常销毁的问题</w:t>
      </w:r>
    </w:p>
    <w:p>
      <w:pPr>
        <w:pStyle w:val="Heading2"/>
      </w:pPr>
      <w:r>
        <w:t>Features</w:t>
      </w:r>
    </w:p>
    <w:p>
      <w:pPr>
        <w:pStyle w:val="ListBullet"/>
      </w:pPr>
      <w:r>
        <w:rPr>
          <w:rFonts w:ascii="Source Han Sans SC" w:hAnsi="Source Han Sans SC" w:eastAsia="Source Han Sans SC" w:cs="Source Han Sans SC" w:hint="eastAsia"/>
          <w:sz w:val="21"/>
        </w:rPr>
        <w:t>SDK 应用配置(appConfig) 更新</w:t>
      </w:r>
    </w:p>
    <w:p>
      <w:pPr>
        <w:pStyle w:val="ListBullet"/>
      </w:pPr>
      <w:r>
        <w:rPr>
          <w:rFonts w:ascii="Source Han Sans SC" w:hAnsi="Source Han Sans SC" w:eastAsia="Source Han Sans SC" w:cs="Source Han Sans SC" w:hint="eastAsia"/>
          <w:sz w:val="21"/>
        </w:rPr>
        <w:t xml:space="preserve">新增 </w:t>
      </w:r>
      <w:r>
        <w:rPr>
          <w:rFonts w:ascii="Menlo" w:hAnsi="Menlo"/>
          <w:color w:val="444444"/>
          <w:sz w:val="20"/>
        </w:rPr>
        <w:t>saleInviteParams</w:t>
      </w:r>
      <w:r>
        <w:rPr>
          <w:rFonts w:ascii="Source Han Sans SC" w:hAnsi="Source Han Sans SC" w:eastAsia="Source Han Sans SC" w:cs="Source Han Sans SC" w:hint="eastAsia"/>
          <w:sz w:val="21"/>
        </w:rPr>
        <w:t xml:space="preserve"> 入参处理一客一码邀请参数</w:t>
      </w:r>
    </w:p>
    <w:p>
      <w:pPr>
        <w:pStyle w:val="ListBullet"/>
      </w:pPr>
      <w:r>
        <w:rPr>
          <w:rFonts w:ascii="Source Han Sans SC" w:hAnsi="Source Han Sans SC" w:eastAsia="Source Han Sans SC" w:cs="Source Han Sans SC" w:hint="eastAsia"/>
          <w:sz w:val="21"/>
        </w:rPr>
        <w:t xml:space="preserve">原有 </w:t>
      </w:r>
      <w:r>
        <w:rPr>
          <w:rFonts w:ascii="Menlo" w:hAnsi="Menlo"/>
          <w:color w:val="444444"/>
          <w:sz w:val="20"/>
        </w:rPr>
        <w:t>sdkIntegration</w:t>
      </w:r>
      <w:r>
        <w:rPr>
          <w:rFonts w:ascii="Source Han Sans SC" w:hAnsi="Source Han Sans SC" w:eastAsia="Source Han Sans SC" w:cs="Source Han Sans SC" w:hint="eastAsia"/>
          <w:sz w:val="21"/>
        </w:rPr>
        <w:t xml:space="preserve"> 字段新增 </w:t>
      </w:r>
      <w:r>
        <w:rPr>
          <w:rFonts w:ascii="Menlo" w:hAnsi="Menlo"/>
          <w:color w:val="444444"/>
          <w:sz w:val="20"/>
        </w:rPr>
        <w:t>chatSdkScriptUrl</w:t>
      </w:r>
      <w:r>
        <w:rPr>
          <w:rFonts w:ascii="Source Han Sans SC" w:hAnsi="Source Han Sans SC" w:eastAsia="Source Han Sans SC" w:cs="Source Han Sans SC" w:hint="eastAsia"/>
          <w:sz w:val="21"/>
        </w:rPr>
        <w:t xml:space="preserve"> 入参支持传入自定义的聊天室 SDK JS 地址</w:t>
      </w:r>
    </w:p>
    <w:p>
      <w:pPr>
        <w:pStyle w:val="ListBullet"/>
      </w:pPr>
      <w:r>
        <w:rPr>
          <w:rFonts w:ascii="Source Han Sans SC" w:hAnsi="Source Han Sans SC" w:eastAsia="Source Han Sans SC" w:cs="Source Han Sans SC" w:hint="eastAsia"/>
          <w:sz w:val="21"/>
        </w:rPr>
        <w:t>SDK 新增一客一码模块(saleInvite)，处理相关功能逻辑</w:t>
      </w:r>
    </w:p>
    <w:p>
      <w:pPr>
        <w:pStyle w:val="ListBullet"/>
      </w:pPr>
      <w:r>
        <w:rPr>
          <w:rFonts w:ascii="Source Han Sans SC" w:hAnsi="Source Han Sans SC" w:eastAsia="Source Han Sans SC" w:cs="Source Han Sans SC" w:hint="eastAsia"/>
          <w:sz w:val="21"/>
        </w:rPr>
        <w:t>邀请模块(invite) 新增邀请有礼相关功能逻辑</w:t>
      </w:r>
    </w:p>
    <w:p>
      <w:pPr>
        <w:pStyle w:val="ListBullet"/>
      </w:pPr>
      <w:r>
        <w:rPr>
          <w:rFonts w:ascii="Source Han Sans SC" w:hAnsi="Source Han Sans SC" w:eastAsia="Source Han Sans SC" w:cs="Source Han Sans SC" w:hint="eastAsia"/>
          <w:sz w:val="21"/>
        </w:rPr>
        <w:t xml:space="preserve">互动模块(interact-receive) 新增 </w:t>
      </w:r>
      <w:r>
        <w:rPr>
          <w:rFonts w:ascii="Menlo" w:hAnsi="Menlo"/>
          <w:color w:val="444444"/>
          <w:sz w:val="20"/>
        </w:rPr>
        <w:t>InteractSettingUpdate</w:t>
      </w:r>
      <w:r>
        <w:rPr>
          <w:rFonts w:ascii="Source Han Sans SC" w:hAnsi="Source Han Sans SC" w:eastAsia="Source Han Sans SC" w:cs="Source Han Sans SC" w:hint="eastAsia"/>
          <w:sz w:val="21"/>
        </w:rPr>
        <w:t xml:space="preserve"> 事件通知配置项同步</w:t>
      </w:r>
    </w:p>
    <w:p>
      <w:pPr>
        <w:pStyle w:val="ListBullet"/>
      </w:pPr>
      <w:r>
        <w:rPr>
          <w:rFonts w:ascii="Source Han Sans SC" w:hAnsi="Source Han Sans SC" w:eastAsia="Source Han Sans SC" w:cs="Source Han Sans SC" w:hint="eastAsia"/>
          <w:sz w:val="21"/>
        </w:rPr>
        <w:t>字幕模块(subtitle) 增加最大显示历史字幕条数限制</w:t>
      </w:r>
    </w:p>
    <w:p>
      <w:pPr>
        <w:pStyle w:val="ListBullet"/>
      </w:pPr>
      <w:r>
        <w:rPr>
          <w:rFonts w:ascii="Source Han Sans SC" w:hAnsi="Source Han Sans SC" w:eastAsia="Source Han Sans SC" w:cs="Source Han Sans SC" w:hint="eastAsia"/>
          <w:sz w:val="21"/>
        </w:rPr>
        <w:t>短信模块(sms) 新增全局配置，处理是否需要图片验证码逻辑</w:t>
      </w:r>
    </w:p>
    <w:p>
      <w:pPr>
        <w:pStyle w:val="Heading2"/>
      </w:pPr>
      <w:r>
        <w:t>Code Refactoring</w:t>
      </w:r>
    </w:p>
    <w:p>
      <w:pPr>
        <w:pStyle w:val="ListBullet"/>
      </w:pPr>
      <w:r>
        <w:rPr>
          <w:rFonts w:ascii="Source Han Sans SC" w:hAnsi="Source Han Sans SC" w:eastAsia="Source Han Sans SC" w:cs="Source Han Sans SC" w:hint="eastAsia"/>
          <w:sz w:val="21"/>
        </w:rPr>
        <w:t xml:space="preserve">优化 SDK 打包后的体积，减少至 </w:t>
      </w:r>
      <w:r>
        <w:rPr>
          <w:rFonts w:ascii="Menlo" w:hAnsi="Menlo"/>
          <w:color w:val="444444"/>
          <w:sz w:val="20"/>
        </w:rPr>
        <w:t>941KB</w:t>
      </w:r>
      <w:r>
        <w:rPr>
          <w:rFonts w:ascii="Source Han Sans SC" w:hAnsi="Source Han Sans SC" w:eastAsia="Source Han Sans SC" w:cs="Source Han Sans SC" w:hint="eastAsia"/>
          <w:sz w:val="21"/>
        </w:rPr>
        <w:t xml:space="preserve"> 左右</w:t>
      </w:r>
    </w:p>
    <w:p>
      <w:pPr>
        <w:pStyle w:val="ListBullet"/>
      </w:pPr>
      <w:r>
        <w:rPr>
          <w:rFonts w:ascii="Source Han Sans SC" w:hAnsi="Source Han Sans SC" w:eastAsia="Source Han Sans SC" w:cs="Source Han Sans SC" w:hint="eastAsia"/>
          <w:sz w:val="21"/>
        </w:rPr>
        <w:t xml:space="preserve">提问模块(ask-module) 对应的 </w:t>
      </w:r>
      <w:r>
        <w:rPr>
          <w:rFonts w:ascii="Menlo" w:hAnsi="Menlo"/>
          <w:color w:val="444444"/>
          <w:sz w:val="20"/>
        </w:rPr>
        <w:t>getAskSdk</w:t>
      </w:r>
      <w:r>
        <w:rPr>
          <w:rFonts w:ascii="Source Han Sans SC" w:hAnsi="Source Han Sans SC" w:eastAsia="Source Han Sans SC" w:cs="Source Han Sans SC" w:hint="eastAsia"/>
          <w:sz w:val="21"/>
        </w:rPr>
        <w:t xml:space="preserve"> 方法更改为异步逻辑</w:t>
      </w:r>
    </w:p>
    <w:p>
      <w:pPr>
        <w:pStyle w:val="Heading2"/>
      </w:pPr>
      <w:r>
        <w:t>Optimizes</w:t>
      </w:r>
    </w:p>
    <w:p>
      <w:pPr>
        <w:pStyle w:val="ListBullet"/>
      </w:pPr>
      <w:r>
        <w:rPr>
          <w:rFonts w:ascii="Source Han Sans SC" w:hAnsi="Source Han Sans SC" w:eastAsia="Source Han Sans SC" w:cs="Source Han Sans SC" w:hint="eastAsia"/>
          <w:sz w:val="21"/>
        </w:rPr>
        <w:t>完善销毁核心模块(watchCore)逻辑</w:t>
      </w:r>
    </w:p>
    <w:p>
      <w:pPr>
        <w:pStyle w:val="ListBullet"/>
      </w:pPr>
      <w:r>
        <w:rPr>
          <w:rFonts w:ascii="Source Han Sans SC" w:hAnsi="Source Han Sans SC" w:eastAsia="Source Han Sans SC" w:cs="Source Han Sans SC" w:hint="eastAsia"/>
          <w:sz w:val="21"/>
        </w:rPr>
        <w:t>文档模块(doc) 优化 PPT 初始化加载慢的问题</w:t>
      </w:r>
    </w:p>
    <w:p>
      <w:pPr>
        <w:pStyle w:val="Heading2"/>
      </w:pPr>
      <w:r>
        <w:t>Build System</w:t>
      </w:r>
    </w:p>
    <w:p>
      <w:pPr>
        <w:pStyle w:val="ListBullet"/>
      </w:pPr>
      <w:r>
        <w:rPr>
          <w:rFonts w:ascii="Menlo" w:hAnsi="Menlo"/>
          <w:color w:val="444444"/>
          <w:sz w:val="20"/>
        </w:rPr>
        <w:t>@polyv/chat-sdk</w:t>
      </w:r>
      <w:r>
        <w:rPr>
          <w:rFonts w:ascii="Source Han Sans SC" w:hAnsi="Source Han Sans SC" w:eastAsia="Source Han Sans SC" w:cs="Source Han Sans SC" w:hint="eastAsia"/>
          <w:sz w:val="21"/>
        </w:rPr>
        <w:t xml:space="preserve"> 不再需要被打包到观看页小程序 SDK 中，改成在执行核心模块(watchCore) </w:t>
      </w:r>
      <w:r>
        <w:rPr>
          <w:rFonts w:ascii="Menlo" w:hAnsi="Menlo"/>
          <w:color w:val="444444"/>
          <w:sz w:val="20"/>
        </w:rPr>
        <w:t>connect</w:t>
      </w:r>
      <w:r>
        <w:rPr>
          <w:rFonts w:ascii="Source Han Sans SC" w:hAnsi="Source Han Sans SC" w:eastAsia="Source Han Sans SC" w:cs="Source Han Sans SC" w:hint="eastAsia"/>
          <w:sz w:val="21"/>
        </w:rPr>
        <w:t xml:space="preserve"> 方法时通过 </w:t>
      </w:r>
      <w:r>
        <w:rPr>
          <w:rFonts w:ascii="Menlo" w:hAnsi="Menlo"/>
          <w:color w:val="444444"/>
          <w:sz w:val="20"/>
        </w:rPr>
        <w:t>umd</w:t>
      </w:r>
      <w:r>
        <w:rPr>
          <w:rFonts w:ascii="Source Han Sans SC" w:hAnsi="Source Han Sans SC" w:eastAsia="Source Han Sans SC" w:cs="Source Han Sans SC" w:hint="eastAsia"/>
          <w:sz w:val="21"/>
        </w:rPr>
        <w:t xml:space="preserve"> 外链方式引入，版本为 </w:t>
      </w:r>
      <w:r>
        <w:rPr>
          <w:rFonts w:ascii="Menlo" w:hAnsi="Menlo"/>
          <w:color w:val="444444"/>
          <w:sz w:val="20"/>
        </w:rPr>
        <w:t>0.19.0-rc.1</w:t>
      </w:r>
    </w:p>
    <w:p>
      <w:pPr>
        <w:pStyle w:val="ListBullet"/>
      </w:pPr>
      <w:r>
        <w:rPr>
          <w:rFonts w:ascii="Source Han Sans SC" w:hAnsi="Source Han Sans SC" w:eastAsia="Source Han Sans SC" w:cs="Source Han Sans SC" w:hint="eastAsia"/>
          <w:sz w:val="21"/>
        </w:rPr>
        <w:t>升级</w:t>
      </w:r>
      <w:r>
        <w:rPr>
          <w:rFonts w:ascii="Menlo" w:hAnsi="Menlo"/>
          <w:color w:val="444444"/>
          <w:sz w:val="20"/>
        </w:rPr>
        <w:t>@just4/ua-info</w:t>
      </w:r>
      <w:r>
        <w:rPr>
          <w:rFonts w:ascii="Source Han Sans SC" w:hAnsi="Source Han Sans SC" w:eastAsia="Source Han Sans SC" w:cs="Source Han Sans SC" w:hint="eastAsia"/>
          <w:sz w:val="21"/>
        </w:rPr>
        <w:t xml:space="preserve"> 至 </w:t>
      </w:r>
      <w:r>
        <w:rPr>
          <w:rFonts w:ascii="Menlo" w:hAnsi="Menlo"/>
          <w:color w:val="444444"/>
          <w:sz w:val="20"/>
        </w:rPr>
        <w:t>1.2.0-beta</w:t>
      </w:r>
      <w:r>
        <w:rPr>
          <w:rFonts w:ascii="Source Han Sans SC" w:hAnsi="Source Han Sans SC" w:eastAsia="Source Han Sans SC" w:cs="Source Han Sans SC" w:hint="eastAsia"/>
          <w:sz w:val="21"/>
        </w:rPr>
        <w:t xml:space="preserve"> 版本完善设备类型判断</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20231207</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rtcWebSDK</w:t>
      </w:r>
      <w:r>
        <w:rPr>
          <w:rFonts w:ascii="Source Han Sans SC" w:hAnsi="Source Han Sans SC" w:eastAsia="Source Han Sans SC" w:cs="Source Han Sans SC" w:hint="eastAsia"/>
          <w:sz w:val="21"/>
        </w:rPr>
        <w:t xml:space="preserve"> 至 </w:t>
      </w:r>
      <w:r>
        <w:rPr>
          <w:rFonts w:ascii="Menlo" w:hAnsi="Menlo"/>
          <w:color w:val="444444"/>
          <w:sz w:val="20"/>
        </w:rPr>
        <w:t>v1-latest</w:t>
      </w:r>
    </w:p>
    <w:p>
      <w:r>
        <w:rPr>
          <w:rFonts w:ascii="Source Han Sans SC" w:hAnsi="Source Han Sans SC" w:eastAsia="Source Han Sans SC" w:cs="Source Han Sans SC" w:hint="eastAsia"/>
          <w:sz w:val="21"/>
        </w:rPr>
        <w:t>---</w:t>
      </w:r>
    </w:p>
    <w:p>
      <w:pPr>
        <w:pStyle w:val="Heading1"/>
      </w:pPr>
      <w:r>
        <w:t>v0.11.0(2023-11-17)</w:t>
      </w:r>
    </w:p>
    <w:p>
      <w:pPr>
        <w:ind w:left="283"/>
      </w:pPr>
      <w:r>
        <w:rPr>
          <w:rFonts w:ascii="Source Han Sans SC" w:hAnsi="Source Han Sans SC" w:eastAsia="Source Han Sans SC" w:cs="Source Han Sans SC" w:hint="eastAsia"/>
          <w:sz w:val="20"/>
        </w:rPr>
        <w:t>!! 注意：保利威企微相关服务从该版本开始才能正常使用 !!</w:t>
      </w:r>
    </w:p>
    <w:p>
      <w:pPr>
        <w:pStyle w:val="Heading2"/>
      </w:pPr>
      <w:r>
        <w:t>Bug Fixes</w:t>
      </w:r>
    </w:p>
    <w:p>
      <w:pPr>
        <w:pStyle w:val="ListBullet"/>
      </w:pPr>
      <w:r>
        <w:rPr>
          <w:rFonts w:ascii="Source Han Sans SC" w:hAnsi="Source Han Sans SC" w:eastAsia="Source Han Sans SC" w:cs="Source Han Sans SC" w:hint="eastAsia"/>
          <w:sz w:val="21"/>
        </w:rPr>
        <w:t>聊天室模块(chat) 修复获取特殊角色长文本发言异常的问题</w:t>
      </w:r>
    </w:p>
    <w:p>
      <w:pPr>
        <w:pStyle w:val="Heading2"/>
      </w:pPr>
      <w:r>
        <w:t>Features</w:t>
      </w:r>
    </w:p>
    <w:p>
      <w:pPr>
        <w:pStyle w:val="ListBullet"/>
      </w:pPr>
      <w:r>
        <w:rPr>
          <w:rFonts w:ascii="Source Han Sans SC" w:hAnsi="Source Han Sans SC" w:eastAsia="Source Han Sans SC" w:cs="Source Han Sans SC" w:hint="eastAsia"/>
          <w:sz w:val="21"/>
        </w:rPr>
        <w:t xml:space="preserve">核心模块(watchCore) 创建实例时，支持通过 </w:t>
      </w:r>
      <w:r>
        <w:rPr>
          <w:rFonts w:ascii="Menlo" w:hAnsi="Menlo"/>
          <w:color w:val="444444"/>
          <w:sz w:val="20"/>
        </w:rPr>
        <w:t>userInfo</w:t>
      </w:r>
      <w:r>
        <w:rPr>
          <w:rFonts w:ascii="Source Han Sans SC" w:hAnsi="Source Han Sans SC" w:eastAsia="Source Han Sans SC" w:cs="Source Han Sans SC" w:hint="eastAsia"/>
          <w:sz w:val="21"/>
        </w:rPr>
        <w:t xml:space="preserve"> 传入用户头衔 </w:t>
      </w:r>
      <w:r>
        <w:rPr>
          <w:rFonts w:ascii="Menlo" w:hAnsi="Menlo"/>
          <w:color w:val="444444"/>
          <w:sz w:val="20"/>
        </w:rPr>
        <w:t>actor</w:t>
      </w:r>
      <w:r>
        <w:rPr>
          <w:rFonts w:ascii="Source Han Sans SC" w:hAnsi="Source Han Sans SC" w:eastAsia="Source Han Sans SC" w:cs="Source Han Sans SC" w:hint="eastAsia"/>
          <w:sz w:val="21"/>
        </w:rPr>
        <w:t xml:space="preserve"> 字段，用户模块(user) 同步新增 </w:t>
      </w:r>
      <w:r>
        <w:rPr>
          <w:rFonts w:ascii="Menlo" w:hAnsi="Menlo"/>
          <w:color w:val="444444"/>
          <w:sz w:val="20"/>
        </w:rPr>
        <w:t>getUserActor</w:t>
      </w:r>
      <w:r>
        <w:rPr>
          <w:rFonts w:ascii="Source Han Sans SC" w:hAnsi="Source Han Sans SC" w:eastAsia="Source Han Sans SC" w:cs="Source Han Sans SC" w:hint="eastAsia"/>
          <w:sz w:val="21"/>
        </w:rPr>
        <w:t xml:space="preserve"> 方法</w:t>
      </w:r>
    </w:p>
    <w:p>
      <w:pPr>
        <w:pStyle w:val="ListBullet"/>
      </w:pPr>
      <w:r>
        <w:rPr>
          <w:rFonts w:ascii="Source Han Sans SC" w:hAnsi="Source Han Sans SC" w:eastAsia="Source Han Sans SC" w:cs="Source Han Sans SC" w:hint="eastAsia"/>
          <w:sz w:val="21"/>
        </w:rPr>
        <w:t>微信模块(weixin) 新增企微好友和企微营销相关处理</w:t>
      </w:r>
    </w:p>
    <w:p>
      <w:pPr>
        <w:pStyle w:val="ListBullet"/>
      </w:pPr>
      <w:r>
        <w:rPr>
          <w:rFonts w:ascii="Source Han Sans SC" w:hAnsi="Source Han Sans SC" w:eastAsia="Source Han Sans SC" w:cs="Source Han Sans SC" w:hint="eastAsia"/>
          <w:sz w:val="21"/>
        </w:rPr>
        <w:t>播放器模块(player) 新增时移打点功能兼容多码率的逻辑</w:t>
      </w:r>
    </w:p>
    <w:p>
      <w:pPr>
        <w:pStyle w:val="ListBullet"/>
      </w:pPr>
      <w:r>
        <w:rPr>
          <w:rFonts w:ascii="Source Han Sans SC" w:hAnsi="Source Han Sans SC" w:eastAsia="Source Han Sans SC" w:cs="Source Han Sans SC" w:hint="eastAsia"/>
          <w:sz w:val="21"/>
        </w:rPr>
        <w:t>播放器模块(player)和弹幕模块(barrage) 支持调整弹幕显示区域，调整弹幕透明度</w:t>
      </w:r>
    </w:p>
    <w:p>
      <w:pPr>
        <w:pStyle w:val="ListBullet"/>
      </w:pPr>
      <w:r>
        <w:rPr>
          <w:rFonts w:ascii="Source Han Sans SC" w:hAnsi="Source Han Sans SC" w:eastAsia="Source Han Sans SC" w:cs="Source Han Sans SC" w:hint="eastAsia"/>
          <w:sz w:val="21"/>
        </w:rPr>
        <w:t>聊天模块(chat) 支持优先插入本地打赏消息的方法</w:t>
      </w:r>
    </w:p>
    <w:p>
      <w:pPr>
        <w:pStyle w:val="ListBullet"/>
      </w:pPr>
      <w:r>
        <w:rPr>
          <w:rFonts w:ascii="Source Han Sans SC" w:hAnsi="Source Han Sans SC" w:eastAsia="Source Han Sans SC" w:cs="Source Han Sans SC" w:hint="eastAsia"/>
          <w:sz w:val="21"/>
        </w:rPr>
        <w:t>聊天室模块(chat)和提问模块(ask) 支持发言时携带用户头衔</w:t>
      </w:r>
    </w:p>
    <w:p>
      <w:pPr>
        <w:pStyle w:val="Heading2"/>
      </w:pPr>
      <w:r>
        <w:t>Code Refactoring</w:t>
      </w:r>
    </w:p>
    <w:p>
      <w:pPr>
        <w:pStyle w:val="ListBullet"/>
      </w:pPr>
      <w:r>
        <w:rPr>
          <w:rFonts w:ascii="Source Han Sans SC" w:hAnsi="Source Han Sans SC" w:eastAsia="Source Han Sans SC" w:cs="Source Han Sans SC" w:hint="eastAsia"/>
          <w:sz w:val="21"/>
        </w:rPr>
        <w:t>微信模块(weixin) 重构企微模块授权主流程</w:t>
      </w:r>
    </w:p>
    <w:p>
      <w:pPr>
        <w:pStyle w:val="ListBullet"/>
      </w:pPr>
      <w:r>
        <w:rPr>
          <w:rFonts w:ascii="Source Han Sans SC" w:hAnsi="Source Han Sans SC" w:eastAsia="Source Han Sans SC" w:cs="Source Han Sans SC" w:hint="eastAsia"/>
          <w:sz w:val="21"/>
        </w:rPr>
        <w:t>聊天室模块(chat) 移除旧版手动分房间逻辑</w:t>
      </w:r>
    </w:p>
    <w:p>
      <w:pPr>
        <w:pStyle w:val="Heading2"/>
      </w:pPr>
      <w:r>
        <w:t>Optimizes</w:t>
      </w:r>
    </w:p>
    <w:p>
      <w:pPr>
        <w:pStyle w:val="ListBullet"/>
      </w:pPr>
      <w:r>
        <w:rPr>
          <w:rFonts w:ascii="Source Han Sans SC" w:hAnsi="Source Han Sans SC" w:eastAsia="Source Han Sans SC" w:cs="Source Han Sans SC" w:hint="eastAsia"/>
          <w:sz w:val="21"/>
        </w:rPr>
        <w:t xml:space="preserve">优化 SDK 打包后的体积，减少至 </w:t>
      </w:r>
      <w:r>
        <w:rPr>
          <w:rFonts w:ascii="Menlo" w:hAnsi="Menlo"/>
          <w:color w:val="444444"/>
          <w:sz w:val="20"/>
        </w:rPr>
        <w:t>1.3M</w:t>
      </w:r>
      <w:r>
        <w:rPr>
          <w:rFonts w:ascii="Source Han Sans SC" w:hAnsi="Source Han Sans SC" w:eastAsia="Source Han Sans SC" w:cs="Source Han Sans SC" w:hint="eastAsia"/>
          <w:sz w:val="21"/>
        </w:rPr>
        <w:t xml:space="preserve"> 左右</w:t>
      </w:r>
    </w:p>
    <w:p>
      <w:pPr>
        <w:pStyle w:val="ListBullet"/>
      </w:pPr>
      <w:r>
        <w:rPr>
          <w:rFonts w:ascii="Source Han Sans SC" w:hAnsi="Source Han Sans SC" w:eastAsia="Source Han Sans SC" w:cs="Source Han Sans SC" w:hint="eastAsia"/>
          <w:sz w:val="21"/>
        </w:rPr>
        <w:t>观看条件模块(auth) 调整外部授权和独立授权逻辑，允许在参数支持的情况下进行二次授权来更改观众信息</w:t>
      </w:r>
    </w:p>
    <w:p>
      <w:pPr>
        <w:pStyle w:val="ListBullet"/>
      </w:pPr>
      <w:r>
        <w:rPr>
          <w:rFonts w:ascii="Source Han Sans SC" w:hAnsi="Source Han Sans SC" w:eastAsia="Source Han Sans SC" w:cs="Source Han Sans SC" w:hint="eastAsia"/>
          <w:sz w:val="21"/>
        </w:rPr>
        <w:t>播放器模块(player) 优化弹幕设置逻辑</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20231102</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@polyv/rtas-sdk</w:t>
      </w:r>
      <w:r>
        <w:rPr>
          <w:rFonts w:ascii="Source Han Sans SC" w:hAnsi="Source Han Sans SC" w:eastAsia="Source Han Sans SC" w:cs="Source Han Sans SC" w:hint="eastAsia"/>
          <w:sz w:val="21"/>
        </w:rPr>
        <w:t xml:space="preserve"> 版本至 </w:t>
      </w:r>
      <w:r>
        <w:rPr>
          <w:rFonts w:ascii="Menlo" w:hAnsi="Menlo"/>
          <w:color w:val="444444"/>
          <w:sz w:val="20"/>
        </w:rPr>
        <w:t>0.4.3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@polyv/player-module</w:t>
      </w:r>
      <w:r>
        <w:rPr>
          <w:rFonts w:ascii="Source Han Sans SC" w:hAnsi="Source Han Sans SC" w:eastAsia="Source Han Sans SC" w:cs="Source Han Sans SC" w:hint="eastAsia"/>
          <w:sz w:val="21"/>
        </w:rPr>
        <w:t xml:space="preserve"> 版本至 </w:t>
      </w:r>
      <w:r>
        <w:rPr>
          <w:rFonts w:ascii="Menlo" w:hAnsi="Menlo"/>
          <w:color w:val="444444"/>
          <w:sz w:val="20"/>
        </w:rPr>
        <w:t>1.15.0</w:t>
      </w:r>
      <w:r>
        <w:rPr>
          <w:rFonts w:ascii="Source Han Sans SC" w:hAnsi="Source Han Sans SC" w:eastAsia="Source Han Sans SC" w:cs="Source Han Sans SC" w:hint="eastAsia"/>
          <w:sz w:val="21"/>
        </w:rPr>
        <w:t>，增加弹幕相关逻辑</w:t>
      </w:r>
    </w:p>
    <w:p>
      <w:r>
        <w:rPr>
          <w:rFonts w:ascii="Source Han Sans SC" w:hAnsi="Source Han Sans SC" w:eastAsia="Source Han Sans SC" w:cs="Source Han Sans SC" w:hint="eastAsia"/>
          <w:sz w:val="21"/>
        </w:rPr>
        <w:t>---</w:t>
      </w:r>
    </w:p>
    <w:p>
      <w:pPr>
        <w:pStyle w:val="Heading1"/>
      </w:pPr>
      <w:r>
        <w:t>v0.10.0(2023-10-27)</w:t>
      </w:r>
    </w:p>
    <w:p>
      <w:pPr>
        <w:pStyle w:val="Heading2"/>
      </w:pPr>
      <w:r>
        <w:t>Deprecated</w:t>
      </w:r>
    </w:p>
    <w:p>
      <w:pPr>
        <w:pStyle w:val="ListBullet"/>
      </w:pPr>
      <w:r>
        <w:rPr>
          <w:rFonts w:ascii="Source Han Sans SC" w:hAnsi="Source Han Sans SC" w:eastAsia="Source Han Sans SC" w:cs="Source Han Sans SC" w:hint="eastAsia"/>
          <w:sz w:val="21"/>
        </w:rPr>
        <w:t xml:space="preserve">提问模块(ask) 对应的 </w:t>
      </w:r>
      <w:r>
        <w:rPr>
          <w:rFonts w:ascii="Menlo" w:hAnsi="Menlo"/>
          <w:color w:val="444444"/>
          <w:sz w:val="20"/>
        </w:rPr>
        <w:t>sendQuestion</w:t>
      </w:r>
      <w:r>
        <w:rPr>
          <w:rFonts w:ascii="Source Han Sans SC" w:hAnsi="Source Han Sans SC" w:eastAsia="Source Han Sans SC" w:cs="Source Han Sans SC" w:hint="eastAsia"/>
          <w:sz w:val="21"/>
        </w:rPr>
        <w:t xml:space="preserve"> 方法即将废弃，请用 </w:t>
      </w:r>
      <w:r>
        <w:rPr>
          <w:rFonts w:ascii="Menlo" w:hAnsi="Menlo"/>
          <w:color w:val="444444"/>
          <w:sz w:val="20"/>
        </w:rPr>
        <w:t>sendAskSpeak</w:t>
      </w:r>
      <w:r>
        <w:rPr>
          <w:rFonts w:ascii="Source Han Sans SC" w:hAnsi="Source Han Sans SC" w:eastAsia="Source Han Sans SC" w:cs="Source Han Sans SC" w:hint="eastAsia"/>
          <w:sz w:val="21"/>
        </w:rPr>
        <w:t xml:space="preserve"> 替代</w:t>
      </w:r>
    </w:p>
    <w:p>
      <w:pPr>
        <w:pStyle w:val="ListBullet"/>
      </w:pPr>
      <w:r>
        <w:rPr>
          <w:rFonts w:ascii="Source Han Sans SC" w:hAnsi="Source Han Sans SC" w:eastAsia="Source Han Sans SC" w:cs="Source Han Sans SC" w:hint="eastAsia"/>
          <w:sz w:val="21"/>
        </w:rPr>
        <w:t xml:space="preserve">聊天模块(chat) 对应的 </w:t>
      </w:r>
      <w:r>
        <w:rPr>
          <w:rFonts w:ascii="Menlo" w:hAnsi="Menlo"/>
          <w:color w:val="444444"/>
          <w:sz w:val="20"/>
        </w:rPr>
        <w:t>setChatMsgReplayPlaybackTarget</w:t>
      </w:r>
      <w:r>
        <w:rPr>
          <w:rFonts w:ascii="Source Han Sans SC" w:hAnsi="Source Han Sans SC" w:eastAsia="Source Han Sans SC" w:cs="Source Han Sans SC" w:hint="eastAsia"/>
          <w:sz w:val="21"/>
        </w:rPr>
        <w:t xml:space="preserve"> 方法即将废弃，请用 </w:t>
      </w:r>
      <w:r>
        <w:rPr>
          <w:rFonts w:ascii="Menlo" w:hAnsi="Menlo"/>
          <w:color w:val="444444"/>
          <w:sz w:val="20"/>
        </w:rPr>
        <w:t>watchCore.playback.setCurrentPlaybackTarget</w:t>
      </w:r>
      <w:r>
        <w:rPr>
          <w:rFonts w:ascii="Source Han Sans SC" w:hAnsi="Source Han Sans SC" w:eastAsia="Source Han Sans SC" w:cs="Source Han Sans SC" w:hint="eastAsia"/>
          <w:sz w:val="21"/>
        </w:rPr>
        <w:t xml:space="preserve"> 替代</w:t>
      </w:r>
    </w:p>
    <w:p>
      <w:pPr>
        <w:pStyle w:val="Heading2"/>
      </w:pPr>
      <w:r>
        <w:t>Bug Fixes</w:t>
      </w:r>
    </w:p>
    <w:p>
      <w:pPr>
        <w:pStyle w:val="ListBullet"/>
      </w:pPr>
      <w:r>
        <w:rPr>
          <w:rFonts w:ascii="Source Han Sans SC" w:hAnsi="Source Han Sans SC" w:eastAsia="Source Han Sans SC" w:cs="Source Han Sans SC" w:hint="eastAsia"/>
          <w:sz w:val="21"/>
        </w:rPr>
        <w:t>文档模块(doc) 修复双师功能切换大房间后，白板和 PPT 显示异常的问题</w:t>
      </w:r>
    </w:p>
    <w:p>
      <w:pPr>
        <w:pStyle w:val="ListBullet"/>
      </w:pPr>
      <w:r>
        <w:rPr>
          <w:rFonts w:ascii="Source Han Sans SC" w:hAnsi="Source Han Sans SC" w:eastAsia="Source Han Sans SC" w:cs="Source Han Sans SC" w:hint="eastAsia"/>
          <w:sz w:val="21"/>
        </w:rPr>
        <w:t>聊天模块(chat) 修复解析主播聊天信息链接后展示不全的问题</w:t>
      </w:r>
    </w:p>
    <w:p>
      <w:pPr>
        <w:pStyle w:val="Heading2"/>
      </w:pPr>
      <w:r>
        <w:t>Features</w:t>
      </w:r>
    </w:p>
    <w:p>
      <w:pPr>
        <w:pStyle w:val="ListBullet"/>
      </w:pPr>
      <w:r>
        <w:rPr>
          <w:rFonts w:ascii="Source Han Sans SC" w:hAnsi="Source Han Sans SC" w:eastAsia="Source Han Sans SC" w:cs="Source Han Sans SC" w:hint="eastAsia"/>
          <w:sz w:val="21"/>
        </w:rPr>
        <w:t>在 PC 端微信小程序使用时，SDK 内部会判断为移动端环境</w:t>
      </w:r>
    </w:p>
    <w:p>
      <w:pPr>
        <w:pStyle w:val="ListBullet"/>
      </w:pPr>
      <w:r>
        <w:rPr>
          <w:rFonts w:ascii="Source Han Sans SC" w:hAnsi="Source Han Sans SC" w:eastAsia="Source Han Sans SC" w:cs="Source Han Sans SC" w:hint="eastAsia"/>
          <w:sz w:val="21"/>
        </w:rPr>
        <w:t>新增 AI 模块(polyv-ai)，支持 AI 助手答疑业务功能</w:t>
      </w:r>
    </w:p>
    <w:p>
      <w:pPr>
        <w:pStyle w:val="ListBullet"/>
      </w:pPr>
      <w:r>
        <w:rPr>
          <w:rFonts w:ascii="Source Han Sans SC" w:hAnsi="Source Han Sans SC" w:eastAsia="Source Han Sans SC" w:cs="Source Han Sans SC" w:hint="eastAsia"/>
          <w:sz w:val="21"/>
        </w:rPr>
        <w:t xml:space="preserve">频道模块(channel) 新增 </w:t>
      </w:r>
      <w:r>
        <w:rPr>
          <w:rFonts w:ascii="Menlo" w:hAnsi="Menlo"/>
          <w:color w:val="444444"/>
          <w:sz w:val="20"/>
        </w:rPr>
        <w:t>getChannelAgreementConfig</w:t>
      </w:r>
      <w:r>
        <w:rPr>
          <w:rFonts w:ascii="Source Han Sans SC" w:hAnsi="Source Han Sans SC" w:eastAsia="Source Han Sans SC" w:cs="Source Han Sans SC" w:hint="eastAsia"/>
          <w:sz w:val="21"/>
        </w:rPr>
        <w:t xml:space="preserve"> 方法获取协议配置</w:t>
      </w:r>
    </w:p>
    <w:p>
      <w:pPr>
        <w:pStyle w:val="ListBullet"/>
      </w:pPr>
      <w:r>
        <w:rPr>
          <w:rFonts w:ascii="Source Han Sans SC" w:hAnsi="Source Han Sans SC" w:eastAsia="Source Han Sans SC" w:cs="Source Han Sans SC" w:hint="eastAsia"/>
          <w:sz w:val="21"/>
        </w:rPr>
        <w:t>播放器模块(player) 新增正常延迟播放器控制在直播时是否允许暂停直播的处理</w:t>
      </w:r>
    </w:p>
    <w:p>
      <w:pPr>
        <w:pStyle w:val="ListBullet"/>
      </w:pPr>
      <w:r>
        <w:rPr>
          <w:rFonts w:ascii="Source Han Sans SC" w:hAnsi="Source Han Sans SC" w:eastAsia="Source Han Sans SC" w:cs="Source Han Sans SC" w:hint="eastAsia"/>
          <w:sz w:val="21"/>
        </w:rPr>
        <w:t xml:space="preserve">连麦模块(connect-mic) 新增对 </w:t>
      </w:r>
      <w:r>
        <w:rPr>
          <w:rFonts w:ascii="Menlo" w:hAnsi="Menlo"/>
          <w:color w:val="444444"/>
          <w:sz w:val="20"/>
        </w:rPr>
        <w:t>agora</w:t>
      </w:r>
      <w:r>
        <w:rPr>
          <w:rFonts w:ascii="Source Han Sans SC" w:hAnsi="Source Han Sans SC" w:eastAsia="Source Han Sans SC" w:cs="Source Han Sans SC" w:hint="eastAsia"/>
          <w:sz w:val="21"/>
        </w:rPr>
        <w:t xml:space="preserve"> 服务商的支持</w:t>
      </w:r>
    </w:p>
    <w:p>
      <w:pPr>
        <w:pStyle w:val="ListBullet"/>
      </w:pPr>
      <w:r>
        <w:rPr>
          <w:rFonts w:ascii="Source Han Sans SC" w:hAnsi="Source Han Sans SC" w:eastAsia="Source Han Sans SC" w:cs="Source Han Sans SC" w:hint="eastAsia"/>
          <w:sz w:val="21"/>
        </w:rPr>
        <w:t>互动模块(interact-receive) 和用户模块(user) 新增"云席"相关功能</w:t>
      </w:r>
    </w:p>
    <w:p>
      <w:pPr>
        <w:pStyle w:val="ListBullet"/>
      </w:pPr>
      <w:r>
        <w:rPr>
          <w:rFonts w:ascii="Source Han Sans SC" w:hAnsi="Source Han Sans SC" w:eastAsia="Source Han Sans SC" w:cs="Source Han Sans SC" w:hint="eastAsia"/>
          <w:sz w:val="21"/>
        </w:rPr>
        <w:t>聊天模块(chat) 新增对课堂激励功能的支持</w:t>
      </w:r>
    </w:p>
    <w:p>
      <w:pPr>
        <w:pStyle w:val="ListBullet"/>
      </w:pPr>
      <w:r>
        <w:rPr>
          <w:rFonts w:ascii="Source Han Sans SC" w:hAnsi="Source Han Sans SC" w:eastAsia="Source Han Sans SC" w:cs="Source Han Sans SC" w:hint="eastAsia"/>
          <w:sz w:val="21"/>
        </w:rPr>
        <w:t xml:space="preserve">聊天模块(chat) 支持调用 </w:t>
      </w:r>
      <w:r>
        <w:rPr>
          <w:rFonts w:ascii="Menlo" w:hAnsi="Menlo"/>
          <w:color w:val="444444"/>
          <w:sz w:val="20"/>
        </w:rPr>
        <w:t>sendCustomMessage</w:t>
      </w:r>
      <w:r>
        <w:rPr>
          <w:rFonts w:ascii="Source Han Sans SC" w:hAnsi="Source Han Sans SC" w:eastAsia="Source Han Sans SC" w:cs="Source Han Sans SC" w:hint="eastAsia"/>
          <w:sz w:val="21"/>
        </w:rPr>
        <w:t xml:space="preserve"> 方法发送自定义消息，并支持聊天消息回调，对应类型为 </w:t>
      </w:r>
      <w:r>
        <w:rPr>
          <w:rFonts w:ascii="Menlo" w:hAnsi="Menlo"/>
          <w:color w:val="444444"/>
          <w:sz w:val="20"/>
        </w:rPr>
        <w:t>ChatMsgSource.CustomMessage</w:t>
      </w:r>
    </w:p>
    <w:p>
      <w:pPr>
        <w:pStyle w:val="ListBullet"/>
      </w:pPr>
      <w:r>
        <w:rPr>
          <w:rFonts w:ascii="Source Han Sans SC" w:hAnsi="Source Han Sans SC" w:eastAsia="Source Han Sans SC" w:cs="Source Han Sans SC" w:hint="eastAsia"/>
          <w:sz w:val="21"/>
        </w:rPr>
        <w:t>微信模块(weixin) 支持处理微信强制授权持久化</w:t>
      </w:r>
    </w:p>
    <w:p>
      <w:pPr>
        <w:pStyle w:val="Heading2"/>
      </w:pPr>
      <w:r>
        <w:t>Optimizes</w:t>
      </w:r>
    </w:p>
    <w:p>
      <w:pPr>
        <w:pStyle w:val="ListBullet"/>
      </w:pPr>
      <w:r>
        <w:rPr>
          <w:rFonts w:ascii="Source Han Sans SC" w:hAnsi="Source Han Sans SC" w:eastAsia="Source Han Sans SC" w:cs="Source Han Sans SC" w:hint="eastAsia"/>
          <w:sz w:val="21"/>
        </w:rPr>
        <w:t>频道模块(channel) 完善转播处理，在取消转播关联时回调相关事件</w:t>
      </w:r>
    </w:p>
    <w:p>
      <w:pPr>
        <w:pStyle w:val="ListBullet"/>
      </w:pPr>
      <w:r>
        <w:rPr>
          <w:rFonts w:ascii="Source Han Sans SC" w:hAnsi="Source Han Sans SC" w:eastAsia="Source Han Sans SC" w:cs="Source Han Sans SC" w:hint="eastAsia"/>
          <w:sz w:val="21"/>
        </w:rPr>
        <w:t>弹幕模块(barrage) 优化弹幕消息获取机制</w:t>
      </w:r>
    </w:p>
    <w:p>
      <w:pPr>
        <w:pStyle w:val="ListBullet"/>
      </w:pPr>
      <w:r>
        <w:rPr>
          <w:rFonts w:ascii="Source Han Sans SC" w:hAnsi="Source Han Sans SC" w:eastAsia="Source Han Sans SC" w:cs="Source Han Sans SC" w:hint="eastAsia"/>
          <w:sz w:val="21"/>
        </w:rPr>
        <w:t>播放器模块(player) 放开弹幕字号功能限制</w:t>
      </w:r>
    </w:p>
    <w:p>
      <w:pPr>
        <w:pStyle w:val="ListBullet"/>
      </w:pPr>
      <w:r>
        <w:rPr>
          <w:rFonts w:ascii="Source Han Sans SC" w:hAnsi="Source Han Sans SC" w:eastAsia="Source Han Sans SC" w:cs="Source Han Sans SC" w:hint="eastAsia"/>
          <w:sz w:val="21"/>
        </w:rPr>
        <w:t>聊天模块(chat) 优化聊天重放对象获取逻辑</w:t>
      </w:r>
    </w:p>
    <w:p>
      <w:pPr>
        <w:pStyle w:val="ListBullet"/>
      </w:pPr>
      <w:r>
        <w:rPr>
          <w:rFonts w:ascii="Source Han Sans SC" w:hAnsi="Source Han Sans SC" w:eastAsia="Source Han Sans SC" w:cs="Source Han Sans SC" w:hint="eastAsia"/>
          <w:sz w:val="21"/>
        </w:rPr>
        <w:t>优化 SDK 内部其他处理逻辑</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rtc-web-sdk</w:t>
      </w:r>
      <w:r>
        <w:rPr>
          <w:rFonts w:ascii="Source Han Sans SC" w:hAnsi="Source Han Sans SC" w:eastAsia="Source Han Sans SC" w:cs="Source Han Sans SC" w:hint="eastAsia"/>
          <w:sz w:val="21"/>
        </w:rPr>
        <w:t xml:space="preserve"> 版本至 </w:t>
      </w:r>
      <w:r>
        <w:rPr>
          <w:rFonts w:ascii="Menlo" w:hAnsi="Menlo"/>
          <w:color w:val="444444"/>
          <w:sz w:val="20"/>
        </w:rPr>
        <w:t>1.20.2</w:t>
      </w:r>
      <w:r>
        <w:rPr>
          <w:rFonts w:ascii="Source Han Sans SC" w:hAnsi="Source Han Sans SC" w:eastAsia="Source Han Sans SC" w:cs="Source Han Sans SC" w:hint="eastAsia"/>
          <w:sz w:val="21"/>
        </w:rPr>
        <w:t>，修复部分已知 bug</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@polyv/player-module</w:t>
      </w:r>
      <w:r>
        <w:rPr>
          <w:rFonts w:ascii="Source Han Sans SC" w:hAnsi="Source Han Sans SC" w:eastAsia="Source Han Sans SC" w:cs="Source Han Sans SC" w:hint="eastAsia"/>
          <w:sz w:val="21"/>
        </w:rPr>
        <w:t xml:space="preserve"> 版本至 </w:t>
      </w:r>
      <w:r>
        <w:rPr>
          <w:rFonts w:ascii="Menlo" w:hAnsi="Menlo"/>
          <w:color w:val="444444"/>
          <w:sz w:val="20"/>
        </w:rPr>
        <w:t>1.12.2</w:t>
      </w:r>
      <w:r>
        <w:rPr>
          <w:rFonts w:ascii="Source Han Sans SC" w:hAnsi="Source Han Sans SC" w:eastAsia="Source Han Sans SC" w:cs="Source Han Sans SC" w:hint="eastAsia"/>
          <w:sz w:val="21"/>
        </w:rPr>
        <w:t>，优化弹幕相关逻辑</w:t>
      </w:r>
    </w:p>
    <w:p>
      <w:r>
        <w:rPr>
          <w:rFonts w:ascii="Source Han Sans SC" w:hAnsi="Source Han Sans SC" w:eastAsia="Source Han Sans SC" w:cs="Source Han Sans SC" w:hint="eastAsia"/>
          <w:sz w:val="21"/>
        </w:rPr>
        <w:t>---</w:t>
      </w:r>
    </w:p>
    <w:p>
      <w:pPr>
        <w:pStyle w:val="Heading1"/>
      </w:pPr>
      <w:r>
        <w:t>v0.9.0(2023-09-22)</w:t>
      </w:r>
    </w:p>
    <w:p>
      <w:pPr>
        <w:pStyle w:val="Heading2"/>
      </w:pPr>
      <w:r>
        <w:t>Bug Fixes</w:t>
      </w:r>
    </w:p>
    <w:p>
      <w:pPr>
        <w:pStyle w:val="ListBullet"/>
      </w:pPr>
      <w:r>
        <w:rPr>
          <w:rFonts w:ascii="Source Han Sans SC" w:hAnsi="Source Han Sans SC" w:eastAsia="Source Han Sans SC" w:cs="Source Han Sans SC" w:hint="eastAsia"/>
          <w:sz w:val="21"/>
        </w:rPr>
        <w:t>频道模块(channel) 修复页面次数轮询回调只触发一次的问题</w:t>
      </w:r>
    </w:p>
    <w:p>
      <w:pPr>
        <w:pStyle w:val="Heading2"/>
      </w:pPr>
      <w:r>
        <w:t>Features</w:t>
      </w:r>
    </w:p>
    <w:p>
      <w:pPr>
        <w:pStyle w:val="ListBullet"/>
      </w:pPr>
      <w:r>
        <w:rPr>
          <w:rFonts w:ascii="Source Han Sans SC" w:hAnsi="Source Han Sans SC" w:eastAsia="Source Han Sans SC" w:cs="Source Han Sans SC" w:hint="eastAsia"/>
          <w:sz w:val="21"/>
        </w:rPr>
        <w:t>聊天室模块(chat) 新增根据时间戳获取聊天历史记录功能</w:t>
      </w:r>
    </w:p>
    <w:p>
      <w:pPr>
        <w:pStyle w:val="ListBullet"/>
      </w:pPr>
      <w:r>
        <w:rPr>
          <w:rFonts w:ascii="Source Han Sans SC" w:hAnsi="Source Han Sans SC" w:eastAsia="Source Han Sans SC" w:cs="Source Han Sans SC" w:hint="eastAsia"/>
          <w:sz w:val="21"/>
        </w:rPr>
        <w:t>互动模块(interact-receive) 新增商品库回放功能</w:t>
      </w:r>
    </w:p>
    <w:p>
      <w:pPr>
        <w:pStyle w:val="ListBullet"/>
      </w:pPr>
      <w:r>
        <w:rPr>
          <w:rFonts w:ascii="Source Han Sans SC" w:hAnsi="Source Han Sans SC" w:eastAsia="Source Han Sans SC" w:cs="Source Han Sans SC" w:hint="eastAsia"/>
          <w:sz w:val="21"/>
        </w:rPr>
        <w:t>连麦模块(connect-mic) 新增移动端正常延迟连麦功能</w:t>
      </w:r>
    </w:p>
    <w:p>
      <w:pPr>
        <w:pStyle w:val="ListBullet"/>
      </w:pPr>
      <w:r>
        <w:rPr>
          <w:rFonts w:ascii="Source Han Sans SC" w:hAnsi="Source Han Sans SC" w:eastAsia="Source Han Sans SC" w:cs="Source Han Sans SC" w:hint="eastAsia"/>
          <w:sz w:val="21"/>
        </w:rPr>
        <w:t>字幕模块(subtitle) 新增回放字幕功能</w:t>
      </w:r>
    </w:p>
    <w:p>
      <w:pPr>
        <w:pStyle w:val="ListBullet"/>
      </w:pPr>
      <w:r>
        <w:rPr>
          <w:rFonts w:ascii="Source Han Sans SC" w:hAnsi="Source Han Sans SC" w:eastAsia="Source Han Sans SC" w:cs="Source Han Sans SC" w:hint="eastAsia"/>
          <w:sz w:val="21"/>
        </w:rPr>
        <w:t>微信模块(weixin) 新增获取微信相关配置的方法</w:t>
      </w:r>
    </w:p>
    <w:p>
      <w:pPr>
        <w:pStyle w:val="ListBullet"/>
      </w:pPr>
      <w:r>
        <w:rPr>
          <w:rFonts w:ascii="Source Han Sans SC" w:hAnsi="Source Han Sans SC" w:eastAsia="Source Han Sans SC" w:cs="Source Han Sans SC" w:hint="eastAsia"/>
          <w:sz w:val="21"/>
        </w:rPr>
        <w:t>邀请模块(invite) 新增获取邀请榜配置的方法</w:t>
      </w:r>
    </w:p>
    <w:p>
      <w:pPr>
        <w:pStyle w:val="ListBullet"/>
      </w:pPr>
      <w:r>
        <w:rPr>
          <w:rFonts w:ascii="Source Han Sans SC" w:hAnsi="Source Han Sans SC" w:eastAsia="Source Han Sans SC" w:cs="Source Han Sans SC" w:hint="eastAsia"/>
          <w:sz w:val="21"/>
        </w:rPr>
        <w:t xml:space="preserve">提问模块(ask) 新增在触发严禁词进行事件回调 </w:t>
      </w:r>
      <w:r>
        <w:rPr>
          <w:rFonts w:ascii="Menlo" w:hAnsi="Menlo"/>
          <w:color w:val="444444"/>
          <w:sz w:val="20"/>
        </w:rPr>
        <w:t>AskEvents.SendBadWord</w:t>
      </w:r>
    </w:p>
    <w:p>
      <w:pPr>
        <w:pStyle w:val="ListBullet"/>
      </w:pPr>
      <w:r>
        <w:rPr>
          <w:rFonts w:ascii="Source Han Sans SC" w:hAnsi="Source Han Sans SC" w:eastAsia="Source Han Sans SC" w:cs="Source Han Sans SC" w:hint="eastAsia"/>
          <w:sz w:val="21"/>
        </w:rPr>
        <w:t>播放器模块(player)、弹幕模块(barrage) 新增修改弹幕字号大小逻辑</w:t>
      </w:r>
    </w:p>
    <w:p>
      <w:pPr>
        <w:pStyle w:val="ListBullet"/>
      </w:pPr>
      <w:r>
        <w:rPr>
          <w:rFonts w:ascii="Source Han Sans SC" w:hAnsi="Source Han Sans SC" w:eastAsia="Source Han Sans SC" w:cs="Source Han Sans SC" w:hint="eastAsia"/>
          <w:sz w:val="21"/>
        </w:rPr>
        <w:t xml:space="preserve">报名模块(enroll) 新增对 </w:t>
      </w:r>
      <w:r>
        <w:rPr>
          <w:rFonts w:ascii="Menlo" w:hAnsi="Menlo"/>
          <w:color w:val="444444"/>
          <w:sz w:val="20"/>
        </w:rPr>
        <w:t>tips</w:t>
      </w:r>
      <w:r>
        <w:rPr>
          <w:rFonts w:ascii="Source Han Sans SC" w:hAnsi="Source Han Sans SC" w:eastAsia="Source Han Sans SC" w:cs="Source Han Sans SC" w:hint="eastAsia"/>
          <w:sz w:val="21"/>
        </w:rPr>
        <w:t xml:space="preserve"> 字段类型的处理</w:t>
      </w:r>
    </w:p>
    <w:p>
      <w:pPr>
        <w:pStyle w:val="Heading2"/>
      </w:pPr>
      <w:r>
        <w:t>Optimizes</w:t>
      </w:r>
    </w:p>
    <w:p>
      <w:pPr>
        <w:pStyle w:val="ListBullet"/>
      </w:pPr>
      <w:r>
        <w:rPr>
          <w:rFonts w:ascii="Source Han Sans SC" w:hAnsi="Source Han Sans SC" w:eastAsia="Source Han Sans SC" w:cs="Source Han Sans SC" w:hint="eastAsia"/>
          <w:sz w:val="21"/>
        </w:rPr>
        <w:t>频道模块(channel) 完善对转播双师功能的支持，同步调整其他模块和转播双师相关的功能逻辑</w:t>
      </w:r>
    </w:p>
    <w:p>
      <w:pPr>
        <w:pStyle w:val="ListBullet"/>
      </w:pPr>
      <w:r>
        <w:rPr>
          <w:rFonts w:ascii="Source Han Sans SC" w:hAnsi="Source Han Sans SC" w:eastAsia="Source Han Sans SC" w:cs="Source Han Sans SC" w:hint="eastAsia"/>
          <w:sz w:val="21"/>
        </w:rPr>
        <w:t>其他内部模块的一些逻辑优化</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20230921</w:t>
      </w:r>
    </w:p>
    <w:p>
      <w:pPr>
        <w:pStyle w:val="ListBullet"/>
      </w:pPr>
      <w:r>
        <w:rPr>
          <w:rFonts w:ascii="Source Han Sans SC" w:hAnsi="Source Han Sans SC" w:eastAsia="Source Han Sans SC" w:cs="Source Han Sans SC" w:hint="eastAsia"/>
          <w:sz w:val="21"/>
        </w:rPr>
        <w:t>更新播放器 SDK， 支持在 IE 浏览器中加载</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@polyv/player-module</w:t>
      </w:r>
      <w:r>
        <w:rPr>
          <w:rFonts w:ascii="Source Han Sans SC" w:hAnsi="Source Han Sans SC" w:eastAsia="Source Han Sans SC" w:cs="Source Han Sans SC" w:hint="eastAsia"/>
          <w:sz w:val="21"/>
        </w:rPr>
        <w:t xml:space="preserve"> 版本至 </w:t>
      </w:r>
      <w:r>
        <w:rPr>
          <w:rFonts w:ascii="Menlo" w:hAnsi="Menlo"/>
          <w:color w:val="444444"/>
          <w:sz w:val="20"/>
        </w:rPr>
        <w:t>1.21.1</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@polyv/rtas-sdk</w:t>
      </w:r>
      <w:r>
        <w:rPr>
          <w:rFonts w:ascii="Source Han Sans SC" w:hAnsi="Source Han Sans SC" w:eastAsia="Source Han Sans SC" w:cs="Source Han Sans SC" w:hint="eastAsia"/>
          <w:sz w:val="21"/>
        </w:rPr>
        <w:t xml:space="preserve"> 版本至 </w:t>
      </w:r>
      <w:r>
        <w:rPr>
          <w:rFonts w:ascii="Menlo" w:hAnsi="Menlo"/>
          <w:color w:val="444444"/>
          <w:sz w:val="20"/>
        </w:rPr>
        <w:t>0.4.2</w:t>
      </w:r>
    </w:p>
    <w:p>
      <w:r>
        <w:rPr>
          <w:rFonts w:ascii="Source Han Sans SC" w:hAnsi="Source Han Sans SC" w:eastAsia="Source Han Sans SC" w:cs="Source Han Sans SC" w:hint="eastAsia"/>
          <w:sz w:val="21"/>
        </w:rPr>
        <w:t>---</w:t>
      </w:r>
    </w:p>
    <w:p>
      <w:pPr>
        <w:pStyle w:val="Heading1"/>
      </w:pPr>
      <w:r>
        <w:t>v0.8.0(2023-09-01)</w:t>
      </w:r>
    </w:p>
    <w:p>
      <w:pPr>
        <w:pStyle w:val="Heading2"/>
      </w:pPr>
      <w:r>
        <w:t>Features</w:t>
      </w:r>
    </w:p>
    <w:p>
      <w:pPr>
        <w:pStyle w:val="ListBullet"/>
      </w:pPr>
      <w:r>
        <w:rPr>
          <w:rFonts w:ascii="Source Han Sans SC" w:hAnsi="Source Han Sans SC" w:eastAsia="Source Han Sans SC" w:cs="Source Han Sans SC" w:hint="eastAsia"/>
          <w:sz w:val="21"/>
        </w:rPr>
        <w:t>频道模块(channel) 新增 SaaS 观看时长功能</w:t>
      </w:r>
    </w:p>
    <w:p>
      <w:pPr>
        <w:pStyle w:val="ListBullet"/>
      </w:pPr>
      <w:r>
        <w:rPr>
          <w:rFonts w:ascii="Source Han Sans SC" w:hAnsi="Source Han Sans SC" w:eastAsia="Source Han Sans SC" w:cs="Source Han Sans SC" w:hint="eastAsia"/>
          <w:sz w:val="21"/>
        </w:rPr>
        <w:t>用户模块(user) 新增观众手机号实名认证功能</w:t>
      </w:r>
    </w:p>
    <w:p>
      <w:pPr>
        <w:pStyle w:val="ListBullet"/>
      </w:pPr>
      <w:r>
        <w:rPr>
          <w:rFonts w:ascii="Source Han Sans SC" w:hAnsi="Source Han Sans SC" w:eastAsia="Source Han Sans SC" w:cs="Source Han Sans SC" w:hint="eastAsia"/>
          <w:sz w:val="21"/>
        </w:rPr>
        <w:t>播放器模块(player) 和 回放模块(playback) 支持双语视频流切换功能</w:t>
      </w:r>
    </w:p>
    <w:p>
      <w:pPr>
        <w:pStyle w:val="ListBullet"/>
      </w:pPr>
      <w:r>
        <w:rPr>
          <w:rFonts w:ascii="Source Han Sans SC" w:hAnsi="Source Han Sans SC" w:eastAsia="Source Han Sans SC" w:cs="Source Han Sans SC" w:hint="eastAsia"/>
          <w:sz w:val="21"/>
        </w:rPr>
        <w:t>邀请模块(invite) 新增邀请明细功能</w:t>
      </w:r>
    </w:p>
    <w:p>
      <w:pPr>
        <w:pStyle w:val="ListBullet"/>
      </w:pPr>
      <w:r>
        <w:rPr>
          <w:rFonts w:ascii="Source Han Sans SC" w:hAnsi="Source Han Sans SC" w:eastAsia="Source Han Sans SC" w:cs="Source Han Sans SC" w:hint="eastAsia"/>
          <w:sz w:val="21"/>
        </w:rPr>
        <w:t xml:space="preserve">聊天室模块(chat) 新增 </w:t>
      </w:r>
      <w:r>
        <w:rPr>
          <w:rFonts w:ascii="Menlo" w:hAnsi="Menlo"/>
          <w:color w:val="444444"/>
          <w:sz w:val="20"/>
        </w:rPr>
        <w:t>insertLocalImageChatMsg</w:t>
      </w:r>
      <w:r>
        <w:rPr>
          <w:rFonts w:ascii="Source Han Sans SC" w:hAnsi="Source Han Sans SC" w:eastAsia="Source Han Sans SC" w:cs="Source Han Sans SC" w:hint="eastAsia"/>
          <w:sz w:val="21"/>
        </w:rPr>
        <w:t>、</w:t>
      </w:r>
      <w:r>
        <w:rPr>
          <w:rFonts w:ascii="Menlo" w:hAnsi="Menlo"/>
          <w:color w:val="444444"/>
          <w:sz w:val="20"/>
        </w:rPr>
        <w:t>sendImageMsgDirectly</w:t>
      </w:r>
      <w:r>
        <w:rPr>
          <w:rFonts w:ascii="Source Han Sans SC" w:hAnsi="Source Han Sans SC" w:eastAsia="Source Han Sans SC" w:cs="Source Han Sans SC" w:hint="eastAsia"/>
          <w:sz w:val="21"/>
        </w:rPr>
        <w:t xml:space="preserve"> 方法，并支持 </w:t>
      </w:r>
      <w:r>
        <w:rPr>
          <w:rFonts w:ascii="Menlo" w:hAnsi="Menlo"/>
          <w:color w:val="444444"/>
          <w:sz w:val="20"/>
        </w:rPr>
        <w:t>webp</w:t>
      </w:r>
      <w:r>
        <w:rPr>
          <w:rFonts w:ascii="Source Han Sans SC" w:hAnsi="Source Han Sans SC" w:eastAsia="Source Han Sans SC" w:cs="Source Han Sans SC" w:hint="eastAsia"/>
          <w:sz w:val="21"/>
        </w:rPr>
        <w:t xml:space="preserve"> 图片格式上传</w:t>
      </w:r>
    </w:p>
    <w:p>
      <w:pPr>
        <w:pStyle w:val="Heading2"/>
      </w:pPr>
      <w:r>
        <w:t>Optimizes</w:t>
      </w:r>
    </w:p>
    <w:p>
      <w:pPr>
        <w:pStyle w:val="ListBullet"/>
      </w:pPr>
      <w:r>
        <w:rPr>
          <w:rFonts w:ascii="Source Han Sans SC" w:hAnsi="Source Han Sans SC" w:eastAsia="Source Han Sans SC" w:cs="Source Han Sans SC" w:hint="eastAsia"/>
          <w:sz w:val="21"/>
        </w:rPr>
        <w:t>完善 SDK 内部多语言处理机制</w:t>
      </w:r>
    </w:p>
    <w:p>
      <w:pPr>
        <w:pStyle w:val="ListBullet"/>
      </w:pPr>
      <w:r>
        <w:rPr>
          <w:rFonts w:ascii="Source Han Sans SC" w:hAnsi="Source Han Sans SC" w:eastAsia="Source Han Sans SC" w:cs="Source Han Sans SC" w:hint="eastAsia"/>
          <w:sz w:val="21"/>
        </w:rPr>
        <w:t>播放器模块(player) 响应后台配置，约束竖屏全屏功能</w:t>
      </w:r>
    </w:p>
    <w:p>
      <w:pPr>
        <w:pStyle w:val="ListBullet"/>
      </w:pPr>
      <w:r>
        <w:rPr>
          <w:rFonts w:ascii="Source Han Sans SC" w:hAnsi="Source Han Sans SC" w:eastAsia="Source Han Sans SC" w:cs="Source Han Sans SC" w:hint="eastAsia"/>
          <w:sz w:val="21"/>
        </w:rPr>
        <w:t xml:space="preserve">短信模块(sms) 优化短信平台关闭下的处理，增加 </w:t>
      </w:r>
      <w:r>
        <w:rPr>
          <w:rFonts w:ascii="Menlo" w:hAnsi="Menlo"/>
          <w:color w:val="444444"/>
          <w:sz w:val="20"/>
        </w:rPr>
        <w:t>UnSetSmsPlatform</w:t>
      </w:r>
      <w:r>
        <w:rPr>
          <w:rFonts w:ascii="Source Han Sans SC" w:hAnsi="Source Han Sans SC" w:eastAsia="Source Han Sans SC" w:cs="Source Han Sans SC" w:hint="eastAsia"/>
          <w:sz w:val="21"/>
        </w:rPr>
        <w:t xml:space="preserve"> 错误原因</w:t>
      </w:r>
    </w:p>
    <w:p>
      <w:pPr>
        <w:pStyle w:val="ListBullet"/>
      </w:pPr>
      <w:r>
        <w:rPr>
          <w:rFonts w:ascii="Source Han Sans SC" w:hAnsi="Source Han Sans SC" w:eastAsia="Source Han Sans SC" w:cs="Source Han Sans SC" w:hint="eastAsia"/>
          <w:sz w:val="21"/>
        </w:rPr>
        <w:t>弹幕模块(barrage) 支持展示自定义消息</w:t>
      </w:r>
    </w:p>
    <w:p>
      <w:pPr>
        <w:pStyle w:val="ListBullet"/>
      </w:pPr>
      <w:r>
        <w:rPr>
          <w:rFonts w:ascii="Source Han Sans SC" w:hAnsi="Source Han Sans SC" w:eastAsia="Source Han Sans SC" w:cs="Source Han Sans SC" w:hint="eastAsia"/>
          <w:sz w:val="21"/>
        </w:rPr>
        <w:t>字幕模块(subtitles) 优化内部状态管理</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@polyv/chat-image-upload-sdk</w:t>
      </w:r>
      <w:r>
        <w:rPr>
          <w:rFonts w:ascii="Source Han Sans SC" w:hAnsi="Source Han Sans SC" w:eastAsia="Source Han Sans SC" w:cs="Source Han Sans SC" w:hint="eastAsia"/>
          <w:sz w:val="21"/>
        </w:rPr>
        <w:t xml:space="preserve"> 版本至 </w:t>
      </w:r>
      <w:r>
        <w:rPr>
          <w:rFonts w:ascii="Menlo" w:hAnsi="Menlo"/>
          <w:color w:val="444444"/>
          <w:sz w:val="20"/>
        </w:rPr>
        <w:t>0.5.0-rc.1</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20230831</w:t>
      </w:r>
    </w:p>
    <w:p>
      <w:r>
        <w:rPr>
          <w:rFonts w:ascii="Source Han Sans SC" w:hAnsi="Source Han Sans SC" w:eastAsia="Source Han Sans SC" w:cs="Source Han Sans SC" w:hint="eastAsia"/>
          <w:sz w:val="21"/>
        </w:rPr>
        <w:t>---</w:t>
      </w:r>
    </w:p>
    <w:p>
      <w:pPr>
        <w:pStyle w:val="Heading1"/>
      </w:pPr>
      <w:r>
        <w:t>v0.7.0(2023-08-25)</w:t>
      </w:r>
    </w:p>
    <w:p>
      <w:pPr>
        <w:pStyle w:val="Heading2"/>
      </w:pPr>
      <w:r>
        <w:t>Features</w:t>
      </w:r>
    </w:p>
    <w:p>
      <w:pPr>
        <w:pStyle w:val="ListBullet"/>
      </w:pPr>
      <w:r>
        <w:rPr>
          <w:rFonts w:ascii="Source Han Sans SC" w:hAnsi="Source Han Sans SC" w:eastAsia="Source Han Sans SC" w:cs="Source Han Sans SC" w:hint="eastAsia"/>
          <w:sz w:val="21"/>
        </w:rPr>
        <w:t>SDK 新增字幕模块(subtitles)，播放器模块(player) 支持字幕相关功能处理</w:t>
      </w:r>
    </w:p>
    <w:p>
      <w:pPr>
        <w:pStyle w:val="ListBullet"/>
      </w:pPr>
      <w:r>
        <w:rPr>
          <w:rFonts w:ascii="Source Han Sans SC" w:hAnsi="Source Han Sans SC" w:eastAsia="Source Han Sans SC" w:cs="Source Han Sans SC" w:hint="eastAsia"/>
          <w:sz w:val="21"/>
        </w:rPr>
        <w:t xml:space="preserve">频道模块(channel) 新增 </w:t>
      </w:r>
      <w:r>
        <w:rPr>
          <w:rFonts w:ascii="Menlo" w:hAnsi="Menlo"/>
          <w:color w:val="444444"/>
          <w:sz w:val="20"/>
        </w:rPr>
        <w:t>SeminarHostJoinInGroup</w:t>
      </w:r>
      <w:r>
        <w:rPr>
          <w:rFonts w:ascii="Source Han Sans SC" w:hAnsi="Source Han Sans SC" w:eastAsia="Source Han Sans SC" w:cs="Source Han Sans SC" w:hint="eastAsia"/>
          <w:sz w:val="21"/>
        </w:rPr>
        <w:t xml:space="preserve"> 和 </w:t>
      </w:r>
      <w:r>
        <w:rPr>
          <w:rFonts w:ascii="Menlo" w:hAnsi="Menlo"/>
          <w:color w:val="444444"/>
          <w:sz w:val="20"/>
        </w:rPr>
        <w:t>SeminarHostLeaveGroup</w:t>
      </w:r>
      <w:r>
        <w:rPr>
          <w:rFonts w:ascii="Source Han Sans SC" w:hAnsi="Source Han Sans SC" w:eastAsia="Source Han Sans SC" w:cs="Source Han Sans SC" w:hint="eastAsia"/>
          <w:sz w:val="21"/>
        </w:rPr>
        <w:t xml:space="preserve"> 事件，完善对研讨会场景的支持</w:t>
      </w:r>
    </w:p>
    <w:p>
      <w:pPr>
        <w:pStyle w:val="ListBullet"/>
      </w:pPr>
      <w:r>
        <w:rPr>
          <w:rFonts w:ascii="Source Han Sans SC" w:hAnsi="Source Han Sans SC" w:eastAsia="Source Han Sans SC" w:cs="Source Han Sans SC" w:hint="eastAsia"/>
          <w:sz w:val="21"/>
        </w:rPr>
        <w:t xml:space="preserve">连麦模块(connect-mic) 新增 </w:t>
      </w:r>
      <w:r>
        <w:rPr>
          <w:rFonts w:ascii="Menlo" w:hAnsi="Menlo"/>
          <w:color w:val="444444"/>
          <w:sz w:val="20"/>
        </w:rPr>
        <w:t>DeviceRecoverFail</w:t>
      </w:r>
      <w:r>
        <w:rPr>
          <w:rFonts w:ascii="Source Han Sans SC" w:hAnsi="Source Han Sans SC" w:eastAsia="Source Han Sans SC" w:cs="Source Han Sans SC" w:hint="eastAsia"/>
          <w:sz w:val="21"/>
        </w:rPr>
        <w:t xml:space="preserve"> 事件</w:t>
      </w:r>
    </w:p>
    <w:p>
      <w:pPr>
        <w:pStyle w:val="ListBullet"/>
      </w:pPr>
      <w:r>
        <w:rPr>
          <w:rFonts w:ascii="Source Han Sans SC" w:hAnsi="Source Han Sans SC" w:eastAsia="Source Han Sans SC" w:cs="Source Han Sans SC" w:hint="eastAsia"/>
          <w:sz w:val="21"/>
        </w:rPr>
        <w:t>文档模块(doc) 支持双向白板功能</w:t>
      </w:r>
    </w:p>
    <w:p>
      <w:pPr>
        <w:pStyle w:val="ListBullet"/>
      </w:pPr>
      <w:r>
        <w:rPr>
          <w:rFonts w:ascii="Source Han Sans SC" w:hAnsi="Source Han Sans SC" w:eastAsia="Source Han Sans SC" w:cs="Source Han Sans SC" w:hint="eastAsia"/>
          <w:sz w:val="21"/>
        </w:rPr>
        <w:t>播放器模块(player) 支持在无延迟直播下断网重试拉流</w:t>
      </w:r>
    </w:p>
    <w:p>
      <w:pPr>
        <w:pStyle w:val="ListBullet"/>
      </w:pPr>
      <w:r>
        <w:rPr>
          <w:rFonts w:ascii="Source Han Sans SC" w:hAnsi="Source Han Sans SC" w:eastAsia="Source Han Sans SC" w:cs="Source Han Sans SC" w:hint="eastAsia"/>
          <w:sz w:val="21"/>
        </w:rPr>
        <w:t>互动模块 (interact-receive) 新增抽奖手动结束开关</w:t>
      </w:r>
    </w:p>
    <w:p>
      <w:pPr>
        <w:pStyle w:val="Heading2"/>
      </w:pPr>
      <w:r>
        <w:t>Code Refactoring</w:t>
      </w:r>
    </w:p>
    <w:p>
      <w:pPr>
        <w:pStyle w:val="ListBullet"/>
      </w:pPr>
      <w:r>
        <w:rPr>
          <w:rFonts w:ascii="Source Han Sans SC" w:hAnsi="Source Han Sans SC" w:eastAsia="Source Han Sans SC" w:cs="Source Han Sans SC" w:hint="eastAsia"/>
          <w:sz w:val="21"/>
        </w:rPr>
        <w:t xml:space="preserve">核心模块(watchCore) 调整 </w:t>
      </w:r>
      <w:r>
        <w:rPr>
          <w:rFonts w:ascii="Menlo" w:hAnsi="Menlo"/>
          <w:color w:val="444444"/>
          <w:sz w:val="20"/>
        </w:rPr>
        <w:t>updateAppConfig</w:t>
      </w:r>
      <w:r>
        <w:rPr>
          <w:rFonts w:ascii="Source Han Sans SC" w:hAnsi="Source Han Sans SC" w:eastAsia="Source Han Sans SC" w:cs="Source Han Sans SC" w:hint="eastAsia"/>
          <w:sz w:val="21"/>
        </w:rPr>
        <w:t xml:space="preserve"> 方法，不再支持更新 </w:t>
      </w:r>
      <w:r>
        <w:rPr>
          <w:rFonts w:ascii="Menlo" w:hAnsi="Menlo"/>
          <w:color w:val="444444"/>
          <w:sz w:val="20"/>
        </w:rPr>
        <w:t>sdkIntegration</w:t>
      </w:r>
    </w:p>
    <w:p>
      <w:pPr>
        <w:pStyle w:val="Heading2"/>
      </w:pPr>
      <w:r>
        <w:t>Optimizes</w:t>
      </w:r>
    </w:p>
    <w:p>
      <w:pPr>
        <w:pStyle w:val="ListBullet"/>
      </w:pPr>
      <w:r>
        <w:rPr>
          <w:rFonts w:ascii="Source Han Sans SC" w:hAnsi="Source Han Sans SC" w:eastAsia="Source Han Sans SC" w:cs="Source Han Sans SC" w:hint="eastAsia"/>
          <w:sz w:val="21"/>
        </w:rPr>
        <w:t>播放器模块(player) 优化延迟时间处理</w:t>
      </w:r>
    </w:p>
    <w:p>
      <w:pPr>
        <w:pStyle w:val="ListBullet"/>
      </w:pPr>
      <w:r>
        <w:rPr>
          <w:rFonts w:ascii="Source Han Sans SC" w:hAnsi="Source Han Sans SC" w:eastAsia="Source Han Sans SC" w:cs="Source Han Sans SC" w:hint="eastAsia"/>
          <w:sz w:val="21"/>
        </w:rPr>
        <w:t xml:space="preserve">邀请模块(invite) 优化 </w:t>
      </w:r>
      <w:r>
        <w:rPr>
          <w:rFonts w:ascii="Menlo" w:hAnsi="Menlo"/>
          <w:color w:val="444444"/>
          <w:sz w:val="20"/>
        </w:rPr>
        <w:t>getRankList</w:t>
      </w:r>
      <w:r>
        <w:rPr>
          <w:rFonts w:ascii="Source Han Sans SC" w:hAnsi="Source Han Sans SC" w:eastAsia="Source Han Sans SC" w:cs="Source Han Sans SC" w:hint="eastAsia"/>
          <w:sz w:val="21"/>
        </w:rPr>
        <w:t xml:space="preserve"> 方法</w:t>
      </w:r>
    </w:p>
    <w:p>
      <w:pPr>
        <w:pStyle w:val="ListBullet"/>
      </w:pPr>
      <w:r>
        <w:rPr>
          <w:rFonts w:ascii="Source Han Sans SC" w:hAnsi="Source Han Sans SC" w:eastAsia="Source Han Sans SC" w:cs="Source Han Sans SC" w:hint="eastAsia"/>
          <w:sz w:val="21"/>
        </w:rPr>
        <w:t>观看条件模块(auth) 优化外部授权和独立授权相关逻辑</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rtc-web-sdk</w:t>
      </w:r>
      <w:r>
        <w:rPr>
          <w:rFonts w:ascii="Source Han Sans SC" w:hAnsi="Source Han Sans SC" w:eastAsia="Source Han Sans SC" w:cs="Source Han Sans SC" w:hint="eastAsia"/>
          <w:sz w:val="21"/>
        </w:rPr>
        <w:t xml:space="preserve"> 版本至 </w:t>
      </w:r>
      <w:r>
        <w:rPr>
          <w:rFonts w:ascii="Menlo" w:hAnsi="Menlo"/>
          <w:color w:val="444444"/>
          <w:sz w:val="20"/>
        </w:rPr>
        <w:t>1.19.1</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@polyv/live-low-latency-player</w:t>
      </w:r>
      <w:r>
        <w:rPr>
          <w:rFonts w:ascii="Source Han Sans SC" w:hAnsi="Source Han Sans SC" w:eastAsia="Source Han Sans SC" w:cs="Source Han Sans SC" w:hint="eastAsia"/>
          <w:sz w:val="21"/>
        </w:rPr>
        <w:t xml:space="preserve"> 版本至 </w:t>
      </w:r>
      <w:r>
        <w:rPr>
          <w:rFonts w:ascii="Menlo" w:hAnsi="Menlo"/>
          <w:color w:val="444444"/>
          <w:sz w:val="20"/>
        </w:rPr>
        <w:t>1.2.0</w:t>
      </w:r>
    </w:p>
    <w:p>
      <w:r>
        <w:rPr>
          <w:rFonts w:ascii="Source Han Sans SC" w:hAnsi="Source Han Sans SC" w:eastAsia="Source Han Sans SC" w:cs="Source Han Sans SC" w:hint="eastAsia"/>
          <w:sz w:val="21"/>
        </w:rPr>
        <w:t>---</w:t>
      </w:r>
    </w:p>
    <w:p>
      <w:pPr>
        <w:pStyle w:val="Heading1"/>
      </w:pPr>
      <w:r>
        <w:t>v0.6.0(2023-08-11)</w:t>
      </w:r>
    </w:p>
    <w:p>
      <w:pPr>
        <w:pStyle w:val="Heading2"/>
      </w:pPr>
      <w:r>
        <w:t>Features</w:t>
      </w:r>
    </w:p>
    <w:p>
      <w:pPr>
        <w:pStyle w:val="ListBullet"/>
      </w:pPr>
      <w:r>
        <w:rPr>
          <w:rFonts w:ascii="Source Han Sans SC" w:hAnsi="Source Han Sans SC" w:eastAsia="Source Han Sans SC" w:cs="Source Han Sans SC" w:hint="eastAsia"/>
          <w:sz w:val="21"/>
        </w:rPr>
        <w:t>核心模块(watch-core)</w:t>
      </w:r>
    </w:p>
    <w:p>
      <w:pPr>
        <w:pStyle w:val="ListBullet"/>
      </w:pPr>
      <w:r>
        <w:rPr>
          <w:rFonts w:ascii="Source Han Sans SC" w:hAnsi="Source Han Sans SC" w:eastAsia="Source Han Sans SC" w:cs="Source Han Sans SC" w:hint="eastAsia"/>
          <w:sz w:val="21"/>
        </w:rPr>
        <w:t xml:space="preserve">已支持在观众未授权时也能使用 </w:t>
      </w:r>
      <w:r>
        <w:rPr>
          <w:rFonts w:ascii="Menlo" w:hAnsi="Menlo"/>
          <w:color w:val="444444"/>
          <w:sz w:val="20"/>
        </w:rPr>
        <w:t>isPlaybackWatchByVid</w:t>
      </w:r>
      <w:r>
        <w:rPr>
          <w:rFonts w:ascii="Source Han Sans SC" w:hAnsi="Source Han Sans SC" w:eastAsia="Source Han Sans SC" w:cs="Source Han Sans SC" w:hint="eastAsia"/>
          <w:sz w:val="21"/>
        </w:rPr>
        <w:t xml:space="preserve"> 进行判断，并提供 </w:t>
      </w:r>
      <w:r>
        <w:rPr>
          <w:rFonts w:ascii="Menlo" w:hAnsi="Menlo"/>
          <w:color w:val="444444"/>
          <w:sz w:val="20"/>
        </w:rPr>
        <w:t>getPlaybackWatchBasicInfo</w:t>
      </w:r>
      <w:r>
        <w:rPr>
          <w:rFonts w:ascii="Source Han Sans SC" w:hAnsi="Source Han Sans SC" w:eastAsia="Source Han Sans SC" w:cs="Source Han Sans SC" w:hint="eastAsia"/>
          <w:sz w:val="21"/>
        </w:rPr>
        <w:t xml:space="preserve"> 来获取 </w:t>
      </w:r>
      <w:r>
        <w:rPr>
          <w:rFonts w:ascii="Menlo" w:hAnsi="Menlo"/>
          <w:color w:val="444444"/>
          <w:sz w:val="20"/>
        </w:rPr>
        <w:t>vid</w:t>
      </w:r>
      <w:r>
        <w:rPr>
          <w:rFonts w:ascii="Source Han Sans SC" w:hAnsi="Source Han Sans SC" w:eastAsia="Source Han Sans SC" w:cs="Source Han Sans SC" w:hint="eastAsia"/>
          <w:sz w:val="21"/>
        </w:rPr>
        <w:t xml:space="preserve"> 观看回放的基础信息</w:t>
      </w:r>
    </w:p>
    <w:p>
      <w:pPr>
        <w:pStyle w:val="ListBullet"/>
      </w:pPr>
      <w:r>
        <w:rPr>
          <w:rFonts w:ascii="Source Han Sans SC" w:hAnsi="Source Han Sans SC" w:eastAsia="Source Han Sans SC" w:cs="Source Han Sans SC" w:hint="eastAsia"/>
          <w:sz w:val="21"/>
        </w:rPr>
        <w:t xml:space="preserve">传入参数 </w:t>
      </w:r>
      <w:r>
        <w:rPr>
          <w:rFonts w:ascii="Menlo" w:hAnsi="Menlo"/>
          <w:color w:val="444444"/>
          <w:sz w:val="20"/>
        </w:rPr>
        <w:t>autoAuthParams</w:t>
      </w:r>
      <w:r>
        <w:rPr>
          <w:rFonts w:ascii="Source Han Sans SC" w:hAnsi="Source Han Sans SC" w:eastAsia="Source Han Sans SC" w:cs="Source Han Sans SC" w:hint="eastAsia"/>
          <w:sz w:val="21"/>
        </w:rPr>
        <w:t xml:space="preserve"> 增加 </w:t>
      </w:r>
      <w:r>
        <w:rPr>
          <w:rFonts w:ascii="Menlo" w:hAnsi="Menlo"/>
          <w:color w:val="444444"/>
          <w:sz w:val="20"/>
        </w:rPr>
        <w:t>ignoreWxAuth</w:t>
      </w:r>
      <w:r>
        <w:rPr>
          <w:rFonts w:ascii="Source Han Sans SC" w:hAnsi="Source Han Sans SC" w:eastAsia="Source Han Sans SC" w:cs="Source Han Sans SC" w:hint="eastAsia"/>
          <w:sz w:val="21"/>
        </w:rPr>
        <w:t xml:space="preserve"> 和 </w:t>
      </w:r>
      <w:r>
        <w:rPr>
          <w:rFonts w:ascii="Menlo" w:hAnsi="Menlo"/>
          <w:color w:val="444444"/>
          <w:sz w:val="20"/>
        </w:rPr>
        <w:t>wxSnapshotPageMode</w:t>
      </w:r>
      <w:r>
        <w:rPr>
          <w:rFonts w:ascii="Source Han Sans SC" w:hAnsi="Source Han Sans SC" w:eastAsia="Source Han Sans SC" w:cs="Source Han Sans SC" w:hint="eastAsia"/>
          <w:sz w:val="21"/>
        </w:rPr>
        <w:t xml:space="preserve"> 字段</w:t>
      </w:r>
    </w:p>
    <w:p>
      <w:pPr>
        <w:pStyle w:val="ListBullet"/>
      </w:pPr>
      <w:r>
        <w:rPr>
          <w:rFonts w:ascii="Source Han Sans SC" w:hAnsi="Source Han Sans SC" w:eastAsia="Source Han Sans SC" w:cs="Source Han Sans SC" w:hint="eastAsia"/>
          <w:sz w:val="21"/>
        </w:rPr>
        <w:t>微信模块(weixin) 增加对快照模式的处理，并支持响应强制微信授权配置</w:t>
      </w:r>
    </w:p>
    <w:p>
      <w:pPr>
        <w:pStyle w:val="ListBullet"/>
      </w:pPr>
      <w:r>
        <w:rPr>
          <w:rFonts w:ascii="Source Han Sans SC" w:hAnsi="Source Han Sans SC" w:eastAsia="Source Han Sans SC" w:cs="Source Han Sans SC" w:hint="eastAsia"/>
          <w:sz w:val="21"/>
        </w:rPr>
        <w:t>频道模块(channel) 增加营销埋点开关，埋点模块(rtas) 哦后续不需要观众信息也能正常使用</w:t>
      </w:r>
    </w:p>
    <w:p>
      <w:pPr>
        <w:pStyle w:val="ListBullet"/>
      </w:pPr>
      <w:r>
        <w:rPr>
          <w:rFonts w:ascii="Source Han Sans SC" w:hAnsi="Source Han Sans SC" w:eastAsia="Source Han Sans SC" w:cs="Source Han Sans SC" w:hint="eastAsia"/>
          <w:sz w:val="21"/>
        </w:rPr>
        <w:t>互动模块(interact-receive) 支持埋点处理，并处理部分内部优化</w:t>
      </w:r>
    </w:p>
    <w:p>
      <w:pPr>
        <w:pStyle w:val="ListBullet"/>
      </w:pPr>
      <w:r>
        <w:rPr>
          <w:rFonts w:ascii="Source Han Sans SC" w:hAnsi="Source Han Sans SC" w:eastAsia="Source Han Sans SC" w:cs="Source Han Sans SC" w:hint="eastAsia"/>
          <w:sz w:val="21"/>
        </w:rPr>
        <w:t xml:space="preserve">播放器模块(player) 增加 </w:t>
      </w:r>
      <w:r>
        <w:rPr>
          <w:rFonts w:ascii="Menlo" w:hAnsi="Menlo"/>
          <w:color w:val="444444"/>
          <w:sz w:val="20"/>
        </w:rPr>
        <w:t>PlayerUIControlDisplay</w:t>
      </w:r>
      <w:r>
        <w:rPr>
          <w:rFonts w:ascii="Source Han Sans SC" w:hAnsi="Source Han Sans SC" w:eastAsia="Source Han Sans SC" w:cs="Source Han Sans SC" w:hint="eastAsia"/>
          <w:sz w:val="21"/>
        </w:rPr>
        <w:t xml:space="preserve"> 事件，支持在 UI 层移动端使用播放器 SDK 提供的 UI 控件时，能响应控制栏的显隐操作</w:t>
      </w:r>
    </w:p>
    <w:p>
      <w:pPr>
        <w:pStyle w:val="ListBullet"/>
      </w:pPr>
      <w:r>
        <w:rPr>
          <w:rFonts w:ascii="Source Han Sans SC" w:hAnsi="Source Han Sans SC" w:eastAsia="Source Han Sans SC" w:cs="Source Han Sans SC" w:hint="eastAsia"/>
          <w:sz w:val="21"/>
        </w:rPr>
        <w:t>聊天室模块(chat) 支持响应表情开关配置</w:t>
      </w:r>
    </w:p>
    <w:p>
      <w:pPr>
        <w:pStyle w:val="ListBullet"/>
      </w:pPr>
      <w:r>
        <w:rPr>
          <w:rFonts w:ascii="Source Han Sans SC" w:hAnsi="Source Han Sans SC" w:eastAsia="Source Han Sans SC" w:cs="Source Han Sans SC" w:hint="eastAsia"/>
          <w:sz w:val="21"/>
        </w:rPr>
        <w:t>分享模块(share) 支持响应回放标题分享</w:t>
      </w:r>
    </w:p>
    <w:p>
      <w:pPr>
        <w:pStyle w:val="Heading2"/>
      </w:pPr>
      <w:r>
        <w:t>Optimizes</w:t>
      </w:r>
    </w:p>
    <w:p>
      <w:pPr>
        <w:pStyle w:val="ListBullet"/>
      </w:pPr>
      <w:r>
        <w:rPr>
          <w:rFonts w:ascii="Source Han Sans SC" w:hAnsi="Source Han Sans SC" w:eastAsia="Source Han Sans SC" w:cs="Source Han Sans SC" w:hint="eastAsia"/>
          <w:sz w:val="21"/>
        </w:rPr>
        <w:t>SDK内部完善私有化域名处理</w:t>
      </w:r>
    </w:p>
    <w:p>
      <w:pPr>
        <w:pStyle w:val="ListBullet"/>
      </w:pPr>
      <w:r>
        <w:rPr>
          <w:rFonts w:ascii="Source Han Sans SC" w:hAnsi="Source Han Sans SC" w:eastAsia="Source Han Sans SC" w:cs="Source Han Sans SC" w:hint="eastAsia"/>
          <w:sz w:val="21"/>
        </w:rPr>
        <w:t xml:space="preserve">聊天室模块(chat) 统一处理发言消息 </w:t>
      </w:r>
      <w:r>
        <w:rPr>
          <w:rFonts w:ascii="Menlo" w:hAnsi="Menlo"/>
          <w:color w:val="444444"/>
          <w:sz w:val="20"/>
        </w:rPr>
        <w:t>isOverLength</w:t>
      </w:r>
      <w:r>
        <w:rPr>
          <w:rFonts w:ascii="Source Han Sans SC" w:hAnsi="Source Han Sans SC" w:eastAsia="Source Han Sans SC" w:cs="Source Han Sans SC" w:hint="eastAsia"/>
          <w:sz w:val="21"/>
        </w:rPr>
        <w:t xml:space="preserve"> 字段，在接口无相关字段返回时，默认发言内容超过 500 字符即溢出</w:t>
      </w:r>
    </w:p>
    <w:p>
      <w:pPr>
        <w:pStyle w:val="ListBullet"/>
      </w:pPr>
      <w:r>
        <w:rPr>
          <w:rFonts w:ascii="Source Han Sans SC" w:hAnsi="Source Han Sans SC" w:eastAsia="Source Han Sans SC" w:cs="Source Han Sans SC" w:hint="eastAsia"/>
          <w:sz w:val="21"/>
        </w:rPr>
        <w:t xml:space="preserve">播放器模块(player) 调整对延迟时间 </w:t>
      </w:r>
      <w:r>
        <w:rPr>
          <w:rFonts w:ascii="Menlo" w:hAnsi="Menlo"/>
          <w:color w:val="444444"/>
          <w:sz w:val="20"/>
        </w:rPr>
        <w:t>delayTime</w:t>
      </w:r>
      <w:r>
        <w:rPr>
          <w:rFonts w:ascii="Source Han Sans SC" w:hAnsi="Source Han Sans SC" w:eastAsia="Source Han Sans SC" w:cs="Source Han Sans SC" w:hint="eastAsia"/>
          <w:sz w:val="21"/>
        </w:rPr>
        <w:t xml:space="preserve"> 的处理</w:t>
      </w:r>
    </w:p>
    <w:p>
      <w:pPr>
        <w:pStyle w:val="ListBullet"/>
      </w:pPr>
      <w:r>
        <w:rPr>
          <w:rFonts w:ascii="Source Han Sans SC" w:hAnsi="Source Han Sans SC" w:eastAsia="Source Han Sans SC" w:cs="Source Han Sans SC" w:hint="eastAsia"/>
          <w:sz w:val="21"/>
        </w:rPr>
        <w:t xml:space="preserve">回放模块(playback) 在处理视频回放时，优先使用 </w:t>
      </w:r>
      <w:r>
        <w:rPr>
          <w:rFonts w:ascii="Menlo" w:hAnsi="Menlo"/>
          <w:color w:val="444444"/>
          <w:sz w:val="20"/>
        </w:rPr>
        <w:t>m3u8</w:t>
      </w:r>
      <w:r>
        <w:rPr>
          <w:rFonts w:ascii="Source Han Sans SC" w:hAnsi="Source Han Sans SC" w:eastAsia="Source Han Sans SC" w:cs="Source Han Sans SC" w:hint="eastAsia"/>
          <w:sz w:val="21"/>
        </w:rPr>
        <w:t xml:space="preserve"> 的视频，并对外提供 </w:t>
      </w:r>
      <w:r>
        <w:rPr>
          <w:rFonts w:ascii="Menlo" w:hAnsi="Menlo"/>
          <w:color w:val="444444"/>
          <w:sz w:val="20"/>
        </w:rPr>
        <w:t>videoSource</w:t>
      </w:r>
      <w:r>
        <w:rPr>
          <w:rFonts w:ascii="Source Han Sans SC" w:hAnsi="Source Han Sans SC" w:eastAsia="Source Han Sans SC" w:cs="Source Han Sans SC" w:hint="eastAsia"/>
          <w:sz w:val="21"/>
        </w:rPr>
        <w:t xml:space="preserve"> 字段提供给到外部获取视频数据</w:t>
      </w:r>
    </w:p>
    <w:p>
      <w:pPr>
        <w:pStyle w:val="ListBullet"/>
      </w:pPr>
      <w:r>
        <w:rPr>
          <w:rFonts w:ascii="Source Han Sans SC" w:hAnsi="Source Han Sans SC" w:eastAsia="Source Han Sans SC" w:cs="Source Han Sans SC" w:hint="eastAsia"/>
          <w:sz w:val="21"/>
        </w:rPr>
        <w:t>短信模块(sms) 增加相关的验证码提示优化</w:t>
      </w:r>
    </w:p>
    <w:p>
      <w:pPr>
        <w:pStyle w:val="ListBullet"/>
      </w:pPr>
      <w:r>
        <w:rPr>
          <w:rFonts w:ascii="Source Han Sans SC" w:hAnsi="Source Han Sans SC" w:eastAsia="Source Han Sans SC" w:cs="Source Han Sans SC" w:hint="eastAsia"/>
          <w:sz w:val="21"/>
        </w:rPr>
        <w:t xml:space="preserve">用户模块(user) 增加 </w:t>
      </w:r>
      <w:r>
        <w:rPr>
          <w:rFonts w:ascii="Menlo" w:hAnsi="Menlo"/>
          <w:color w:val="444444"/>
          <w:sz w:val="20"/>
        </w:rPr>
        <w:t>CurrentUserKicked</w:t>
      </w:r>
      <w:r>
        <w:rPr>
          <w:rFonts w:ascii="Source Han Sans SC" w:hAnsi="Source Han Sans SC" w:eastAsia="Source Han Sans SC" w:cs="Source Han Sans SC" w:hint="eastAsia"/>
          <w:sz w:val="21"/>
        </w:rPr>
        <w:t xml:space="preserve"> 事件同步响应踢出处理</w:t>
      </w:r>
    </w:p>
    <w:p>
      <w:pPr>
        <w:pStyle w:val="Heading2"/>
      </w:pPr>
      <w:r>
        <w:t>Build System</w:t>
      </w:r>
    </w:p>
    <w:p>
      <w:pPr>
        <w:pStyle w:val="ListBullet"/>
      </w:pPr>
      <w:r>
        <w:rPr>
          <w:rFonts w:ascii="Menlo" w:hAnsi="Menlo"/>
          <w:color w:val="444444"/>
          <w:sz w:val="20"/>
        </w:rPr>
        <w:t>@polyv/utils</w:t>
      </w:r>
      <w:r>
        <w:rPr>
          <w:rFonts w:ascii="Source Han Sans SC" w:hAnsi="Source Han Sans SC" w:eastAsia="Source Han Sans SC" w:cs="Source Han Sans SC" w:hint="eastAsia"/>
          <w:sz w:val="21"/>
        </w:rPr>
        <w:t xml:space="preserve"> 版本升级至 </w:t>
      </w:r>
      <w:r>
        <w:rPr>
          <w:rFonts w:ascii="Menlo" w:hAnsi="Menlo"/>
          <w:color w:val="444444"/>
          <w:sz w:val="20"/>
        </w:rPr>
        <w:t>2.5.0-beta.1</w:t>
      </w:r>
    </w:p>
    <w:p>
      <w:pPr>
        <w:pStyle w:val="ListBullet"/>
      </w:pPr>
      <w:r>
        <w:rPr>
          <w:rFonts w:ascii="Menlo" w:hAnsi="Menlo"/>
          <w:color w:val="444444"/>
          <w:sz w:val="20"/>
        </w:rPr>
        <w:t>@polyv/live-low-latency-player</w:t>
      </w:r>
      <w:r>
        <w:rPr>
          <w:rFonts w:ascii="Source Han Sans SC" w:hAnsi="Source Han Sans SC" w:eastAsia="Source Han Sans SC" w:cs="Source Han Sans SC" w:hint="eastAsia"/>
          <w:sz w:val="21"/>
        </w:rPr>
        <w:t xml:space="preserve"> 版本升级至 </w:t>
      </w:r>
      <w:r>
        <w:rPr>
          <w:rFonts w:ascii="Menlo" w:hAnsi="Menlo"/>
          <w:color w:val="444444"/>
          <w:sz w:val="20"/>
        </w:rPr>
        <w:t>1.1.0</w:t>
      </w:r>
    </w:p>
    <w:p>
      <w:pPr>
        <w:pStyle w:val="ListBullet"/>
      </w:pPr>
      <w:r>
        <w:rPr>
          <w:rFonts w:ascii="Menlo" w:hAnsi="Menlo"/>
          <w:color w:val="444444"/>
          <w:sz w:val="20"/>
        </w:rPr>
        <w:t>@polyv/white-board-sdk</w:t>
      </w:r>
      <w:r>
        <w:rPr>
          <w:rFonts w:ascii="Source Han Sans SC" w:hAnsi="Source Han Sans SC" w:eastAsia="Source Han Sans SC" w:cs="Source Han Sans SC" w:hint="eastAsia"/>
          <w:sz w:val="21"/>
        </w:rPr>
        <w:t xml:space="preserve"> 和 </w:t>
      </w:r>
      <w:r>
        <w:rPr>
          <w:rFonts w:ascii="Menlo" w:hAnsi="Menlo"/>
          <w:color w:val="444444"/>
          <w:sz w:val="20"/>
        </w:rPr>
        <w:t>@polyv/white-board-ui</w:t>
      </w:r>
      <w:r>
        <w:rPr>
          <w:rFonts w:ascii="Source Han Sans SC" w:hAnsi="Source Han Sans SC" w:eastAsia="Source Han Sans SC" w:cs="Source Han Sans SC" w:hint="eastAsia"/>
          <w:sz w:val="21"/>
        </w:rPr>
        <w:t xml:space="preserve"> 版本升级至 </w:t>
      </w:r>
      <w:r>
        <w:rPr>
          <w:rFonts w:ascii="Menlo" w:hAnsi="Menlo"/>
          <w:color w:val="444444"/>
          <w:sz w:val="20"/>
        </w:rPr>
        <w:t>3.11.1</w:t>
      </w:r>
      <w:r>
        <w:rPr>
          <w:rFonts w:ascii="Source Han Sans SC" w:hAnsi="Source Han Sans SC" w:eastAsia="Source Han Sans SC" w:cs="Source Han Sans SC" w:hint="eastAsia"/>
          <w:sz w:val="21"/>
        </w:rPr>
        <w:t>，增加可操作视频播放的工具，支持加载 avif 格式的图片</w:t>
      </w:r>
    </w:p>
    <w:p>
      <w:pPr>
        <w:pStyle w:val="ListBullet"/>
      </w:pP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版本升级至 </w:t>
      </w:r>
      <w:r>
        <w:rPr>
          <w:rFonts w:ascii="Menlo" w:hAnsi="Menlo"/>
          <w:color w:val="444444"/>
          <w:sz w:val="20"/>
        </w:rPr>
        <w:t>rc-20230803</w:t>
      </w:r>
    </w:p>
    <w:p>
      <w:r>
        <w:rPr>
          <w:rFonts w:ascii="Source Han Sans SC" w:hAnsi="Source Han Sans SC" w:eastAsia="Source Han Sans SC" w:cs="Source Han Sans SC" w:hint="eastAsia"/>
          <w:sz w:val="21"/>
        </w:rPr>
        <w:t>---</w:t>
      </w:r>
    </w:p>
    <w:p>
      <w:pPr>
        <w:pStyle w:val="Heading1"/>
      </w:pPr>
      <w:r>
        <w:t>v0.5.1(2023-07-28)</w:t>
      </w:r>
    </w:p>
    <w:p>
      <w:pPr>
        <w:pStyle w:val="Heading2"/>
      </w:pPr>
      <w:r>
        <w:t>Deprecated</w:t>
      </w:r>
    </w:p>
    <w:p>
      <w:pPr>
        <w:pStyle w:val="ListBullet"/>
      </w:pPr>
      <w:r>
        <w:rPr>
          <w:rFonts w:ascii="Source Han Sans SC" w:hAnsi="Source Han Sans SC" w:eastAsia="Source Han Sans SC" w:cs="Source Han Sans SC" w:hint="eastAsia"/>
          <w:sz w:val="21"/>
        </w:rPr>
        <w:t xml:space="preserve">聊天室模块(chat) </w:t>
      </w:r>
      <w:r>
        <w:rPr>
          <w:rFonts w:ascii="Menlo" w:hAnsi="Menlo"/>
          <w:color w:val="444444"/>
          <w:sz w:val="20"/>
        </w:rPr>
        <w:t>getChatSetting</w:t>
      </w:r>
      <w:r>
        <w:rPr>
          <w:rFonts w:ascii="Source Han Sans SC" w:hAnsi="Source Han Sans SC" w:eastAsia="Source Han Sans SC" w:cs="Source Han Sans SC" w:hint="eastAsia"/>
          <w:sz w:val="21"/>
        </w:rPr>
        <w:t xml:space="preserve"> 中的 </w:t>
      </w:r>
      <w:r>
        <w:rPr>
          <w:rFonts w:ascii="Menlo" w:hAnsi="Menlo"/>
          <w:color w:val="444444"/>
          <w:sz w:val="20"/>
        </w:rPr>
        <w:t>maxViewers</w:t>
      </w:r>
      <w:r>
        <w:rPr>
          <w:rFonts w:ascii="Source Han Sans SC" w:hAnsi="Source Han Sans SC" w:eastAsia="Source Han Sans SC" w:cs="Source Han Sans SC" w:hint="eastAsia"/>
          <w:sz w:val="21"/>
        </w:rPr>
        <w:t xml:space="preserve"> 字段不再推荐使用，如需判断是否超过直播间最大在线人数，可以监听 </w:t>
      </w:r>
      <w:r>
        <w:rPr>
          <w:rFonts w:ascii="Menlo" w:hAnsi="Menlo"/>
          <w:color w:val="444444"/>
          <w:sz w:val="20"/>
        </w:rPr>
        <w:t>OverMaxOnlineCount</w:t>
      </w:r>
      <w:r>
        <w:rPr>
          <w:rFonts w:ascii="Source Han Sans SC" w:hAnsi="Source Han Sans SC" w:eastAsia="Source Han Sans SC" w:cs="Source Han Sans SC" w:hint="eastAsia"/>
          <w:sz w:val="21"/>
        </w:rPr>
        <w:t xml:space="preserve"> 事件</w:t>
      </w:r>
    </w:p>
    <w:p>
      <w:pPr>
        <w:pStyle w:val="Heading2"/>
      </w:pPr>
      <w:r>
        <w:t>Bug Fixes</w:t>
      </w:r>
    </w:p>
    <w:p>
      <w:pPr>
        <w:pStyle w:val="ListBullet"/>
      </w:pPr>
      <w:r>
        <w:rPr>
          <w:rFonts w:ascii="Source Han Sans SC" w:hAnsi="Source Han Sans SC" w:eastAsia="Source Han Sans SC" w:cs="Source Han Sans SC" w:hint="eastAsia"/>
          <w:sz w:val="21"/>
        </w:rPr>
        <w:t>播放器模块(player) 修复无延迟播放器初始化暂停无法点击播放的问题</w:t>
      </w:r>
    </w:p>
    <w:p>
      <w:pPr>
        <w:pStyle w:val="Heading2"/>
      </w:pPr>
      <w:r>
        <w:t>Features</w:t>
      </w:r>
    </w:p>
    <w:p>
      <w:pPr>
        <w:pStyle w:val="ListBullet"/>
      </w:pPr>
      <w:r>
        <w:rPr>
          <w:rFonts w:ascii="Source Han Sans SC" w:hAnsi="Source Han Sans SC" w:eastAsia="Source Han Sans SC" w:cs="Source Han Sans SC" w:hint="eastAsia"/>
          <w:sz w:val="21"/>
        </w:rPr>
        <w:t>完善"测试模式"处理，UI 层不需要再关注"测试模式"，只需要关注直播状态</w:t>
      </w:r>
    </w:p>
    <w:p>
      <w:pPr>
        <w:pStyle w:val="ListBullet"/>
      </w:pPr>
      <w:r>
        <w:rPr>
          <w:rFonts w:ascii="Source Han Sans SC" w:hAnsi="Source Han Sans SC" w:eastAsia="Source Han Sans SC" w:cs="Source Han Sans SC" w:hint="eastAsia"/>
          <w:sz w:val="21"/>
        </w:rPr>
        <w:t>播放器模块(player) 在部分场景下，支持直播结束后自动切换回放暂存视频</w:t>
      </w:r>
    </w:p>
    <w:p>
      <w:pPr>
        <w:pStyle w:val="ListBullet"/>
      </w:pPr>
      <w:r>
        <w:rPr>
          <w:rFonts w:ascii="Source Han Sans SC" w:hAnsi="Source Han Sans SC" w:eastAsia="Source Han Sans SC" w:cs="Source Han Sans SC" w:hint="eastAsia"/>
          <w:sz w:val="21"/>
        </w:rPr>
        <w:t xml:space="preserve">提问模块(ask) 增加 </w:t>
      </w:r>
      <w:r>
        <w:rPr>
          <w:rFonts w:ascii="Menlo" w:hAnsi="Menlo"/>
          <w:color w:val="444444"/>
          <w:sz w:val="20"/>
        </w:rPr>
        <w:t>SystemMessage</w:t>
      </w:r>
      <w:r>
        <w:rPr>
          <w:rFonts w:ascii="Source Han Sans SC" w:hAnsi="Source Han Sans SC" w:eastAsia="Source Han Sans SC" w:cs="Source Han Sans SC" w:hint="eastAsia"/>
          <w:sz w:val="21"/>
        </w:rPr>
        <w:t xml:space="preserve"> 事件</w:t>
      </w:r>
    </w:p>
    <w:p>
      <w:pPr>
        <w:pStyle w:val="ListBullet"/>
      </w:pPr>
      <w:r>
        <w:rPr>
          <w:rFonts w:ascii="Source Han Sans SC" w:hAnsi="Source Han Sans SC" w:eastAsia="Source Han Sans SC" w:cs="Source Han Sans SC" w:hint="eastAsia"/>
          <w:sz w:val="21"/>
        </w:rPr>
        <w:t xml:space="preserve">聊天室模块(chat) 增加 </w:t>
      </w:r>
      <w:r>
        <w:rPr>
          <w:rFonts w:ascii="Menlo" w:hAnsi="Menlo"/>
          <w:color w:val="444444"/>
          <w:sz w:val="20"/>
        </w:rPr>
        <w:t>OverMaxOnlineCount</w:t>
      </w:r>
      <w:r>
        <w:rPr>
          <w:rFonts w:ascii="Source Han Sans SC" w:hAnsi="Source Han Sans SC" w:eastAsia="Source Han Sans SC" w:cs="Source Han Sans SC" w:hint="eastAsia"/>
          <w:sz w:val="21"/>
        </w:rPr>
        <w:t xml:space="preserve"> 事件</w:t>
      </w:r>
    </w:p>
    <w:p>
      <w:pPr>
        <w:pStyle w:val="ListBullet"/>
      </w:pPr>
      <w:r>
        <w:rPr>
          <w:rFonts w:ascii="Source Han Sans SC" w:hAnsi="Source Han Sans SC" w:eastAsia="Source Han Sans SC" w:cs="Source Han Sans SC" w:hint="eastAsia"/>
          <w:sz w:val="21"/>
        </w:rPr>
        <w:t>当观众昵称为手机号时，支持响应后台开关进行脱敏处理</w:t>
      </w:r>
    </w:p>
    <w:p>
      <w:pPr>
        <w:pStyle w:val="Heading2"/>
      </w:pPr>
      <w:r>
        <w:t>Optimizes</w:t>
      </w:r>
    </w:p>
    <w:p>
      <w:pPr>
        <w:pStyle w:val="ListBullet"/>
      </w:pPr>
      <w:r>
        <w:rPr>
          <w:rFonts w:ascii="Source Han Sans SC" w:hAnsi="Source Han Sans SC" w:eastAsia="Source Han Sans SC" w:cs="Source Han Sans SC" w:hint="eastAsia"/>
          <w:sz w:val="21"/>
        </w:rPr>
        <w:t>播放器模块(player) 销毁时同步销毁时移相关的逻辑</w:t>
      </w:r>
    </w:p>
    <w:p>
      <w:pPr>
        <w:pStyle w:val="ListBullet"/>
      </w:pPr>
      <w:r>
        <w:rPr>
          <w:rFonts w:ascii="Source Han Sans SC" w:hAnsi="Source Han Sans SC" w:eastAsia="Source Han Sans SC" w:cs="Source Han Sans SC" w:hint="eastAsia"/>
          <w:sz w:val="21"/>
        </w:rPr>
        <w:t xml:space="preserve">播放器模块(player) 重新安装播放器实例时，需要移除 </w:t>
      </w:r>
      <w:r>
        <w:rPr>
          <w:rFonts w:ascii="Menlo" w:hAnsi="Menlo"/>
          <w:color w:val="444444"/>
          <w:sz w:val="20"/>
        </w:rPr>
        <w:t>playerWrap</w:t>
      </w:r>
    </w:p>
    <w:p>
      <w:pPr>
        <w:pStyle w:val="ListBullet"/>
      </w:pPr>
      <w:r>
        <w:rPr>
          <w:rFonts w:ascii="Source Han Sans SC" w:hAnsi="Source Han Sans SC" w:eastAsia="Source Han Sans SC" w:cs="Source Han Sans SC" w:hint="eastAsia"/>
          <w:sz w:val="21"/>
        </w:rPr>
        <w:t xml:space="preserve">聊天室模块(chat) </w:t>
      </w:r>
      <w:r>
        <w:rPr>
          <w:rFonts w:ascii="Menlo" w:hAnsi="Menlo"/>
          <w:color w:val="444444"/>
          <w:sz w:val="20"/>
        </w:rPr>
        <w:t>CurrentUserRelogin</w:t>
      </w:r>
      <w:r>
        <w:rPr>
          <w:rFonts w:ascii="Source Han Sans SC" w:hAnsi="Source Han Sans SC" w:eastAsia="Source Han Sans SC" w:cs="Source Han Sans SC" w:hint="eastAsia"/>
          <w:sz w:val="21"/>
        </w:rPr>
        <w:t xml:space="preserve"> 事件回调增加错误来源</w:t>
      </w:r>
    </w:p>
    <w:p>
      <w:pPr>
        <w:pStyle w:val="Heading2"/>
      </w:pPr>
      <w:r>
        <w:t>Build System</w:t>
      </w:r>
    </w:p>
    <w:p>
      <w:pPr>
        <w:pStyle w:val="ListBullet"/>
      </w:pPr>
      <w:r>
        <w:rPr>
          <w:rFonts w:ascii="Menlo" w:hAnsi="Menlo"/>
          <w:color w:val="444444"/>
          <w:sz w:val="20"/>
        </w:rPr>
        <w:t>@just4</w:t>
      </w:r>
      <w:r>
        <w:rPr>
          <w:rFonts w:ascii="Source Han Sans SC" w:hAnsi="Source Han Sans SC" w:eastAsia="Source Han Sans SC" w:cs="Source Han Sans SC" w:hint="eastAsia"/>
          <w:sz w:val="21"/>
        </w:rPr>
        <w:t xml:space="preserve"> 部分库升级到正式版</w:t>
      </w:r>
    </w:p>
    <w:p>
      <w:pPr>
        <w:pStyle w:val="ListBullet"/>
      </w:pPr>
      <w:r>
        <w:rPr>
          <w:rFonts w:ascii="Menlo" w:hAnsi="Menlo"/>
          <w:color w:val="444444"/>
          <w:sz w:val="20"/>
        </w:rPr>
        <w:t>@polyv/chat-sdk</w:t>
      </w:r>
      <w:r>
        <w:rPr>
          <w:rFonts w:ascii="Source Han Sans SC" w:hAnsi="Source Han Sans SC" w:eastAsia="Source Han Sans SC" w:cs="Source Han Sans SC" w:hint="eastAsia"/>
          <w:sz w:val="21"/>
        </w:rPr>
        <w:t xml:space="preserve"> 更新到 </w:t>
      </w:r>
      <w:r>
        <w:rPr>
          <w:rFonts w:ascii="Menlo" w:hAnsi="Menlo"/>
          <w:color w:val="444444"/>
          <w:sz w:val="20"/>
        </w:rPr>
        <w:t>0.19.0-rc.1</w:t>
      </w:r>
    </w:p>
    <w:p>
      <w:r>
        <w:rPr>
          <w:rFonts w:ascii="Source Han Sans SC" w:hAnsi="Source Han Sans SC" w:eastAsia="Source Han Sans SC" w:cs="Source Han Sans SC" w:hint="eastAsia"/>
          <w:sz w:val="21"/>
        </w:rPr>
        <w:t>---</w:t>
      </w:r>
    </w:p>
    <w:p>
      <w:pPr>
        <w:pStyle w:val="Heading1"/>
      </w:pPr>
      <w:r>
        <w:t>v0.5.0(2023-07-21)</w:t>
      </w:r>
    </w:p>
    <w:p>
      <w:pPr>
        <w:pStyle w:val="Heading2"/>
      </w:pPr>
      <w:r>
        <w:t>Bug Fixes</w:t>
      </w:r>
    </w:p>
    <w:p>
      <w:pPr>
        <w:pStyle w:val="ListBullet"/>
      </w:pPr>
      <w:r>
        <w:rPr>
          <w:rFonts w:ascii="Source Han Sans SC" w:hAnsi="Source Han Sans SC" w:eastAsia="Source Han Sans SC" w:cs="Source Han Sans SC" w:hint="eastAsia"/>
          <w:sz w:val="21"/>
        </w:rPr>
        <w:t>修复移动端引导页大图封面图展示的问题</w:t>
      </w:r>
    </w:p>
    <w:p>
      <w:pPr>
        <w:pStyle w:val="ListBullet"/>
      </w:pPr>
      <w:r>
        <w:rPr>
          <w:rFonts w:ascii="Source Han Sans SC" w:hAnsi="Source Han Sans SC" w:eastAsia="Source Han Sans SC" w:cs="Source Han Sans SC" w:hint="eastAsia"/>
          <w:sz w:val="21"/>
        </w:rPr>
        <w:t>修复 PPT 跑马灯异常的问题</w:t>
      </w:r>
    </w:p>
    <w:p>
      <w:pPr>
        <w:pStyle w:val="Heading2"/>
      </w:pPr>
      <w:r>
        <w:t>Features</w:t>
      </w:r>
    </w:p>
    <w:p>
      <w:pPr>
        <w:pStyle w:val="ListBullet"/>
      </w:pPr>
      <w:r>
        <w:rPr>
          <w:rFonts w:ascii="Source Han Sans SC" w:hAnsi="Source Han Sans SC" w:eastAsia="Source Han Sans SC" w:cs="Source Han Sans SC" w:hint="eastAsia"/>
          <w:sz w:val="21"/>
        </w:rPr>
        <w:t>支持直播时移、精彩看点（直播打点、回放打点）一期功能</w:t>
      </w:r>
    </w:p>
    <w:p>
      <w:pPr>
        <w:pStyle w:val="ListBullet"/>
      </w:pPr>
      <w:r>
        <w:rPr>
          <w:rFonts w:ascii="Source Han Sans SC" w:hAnsi="Source Han Sans SC" w:eastAsia="Source Han Sans SC" w:cs="Source Han Sans SC" w:hint="eastAsia"/>
          <w:sz w:val="21"/>
        </w:rPr>
        <w:t>支持正常延迟播放器使用 ip 地址进行 CDN 拉流</w:t>
      </w:r>
    </w:p>
    <w:p>
      <w:pPr>
        <w:pStyle w:val="ListBullet"/>
      </w:pPr>
      <w:r>
        <w:rPr>
          <w:rFonts w:ascii="Source Han Sans SC" w:hAnsi="Source Han Sans SC" w:eastAsia="Source Han Sans SC" w:cs="Source Han Sans SC" w:hint="eastAsia"/>
          <w:sz w:val="21"/>
        </w:rPr>
        <w:t>推广链接菜单增加 iframe 打开方式处理</w:t>
      </w:r>
    </w:p>
    <w:p>
      <w:pPr>
        <w:pStyle w:val="ListBullet"/>
      </w:pPr>
      <w:r>
        <w:rPr>
          <w:rFonts w:ascii="Source Han Sans SC" w:hAnsi="Source Han Sans SC" w:eastAsia="Source Han Sans SC" w:cs="Source Han Sans SC" w:hint="eastAsia"/>
          <w:sz w:val="21"/>
        </w:rPr>
        <w:t>配合互动 SDK 完善答题红包功能，并增加 chatToken 入参调整互动公告接口</w:t>
      </w:r>
    </w:p>
    <w:p>
      <w:pPr>
        <w:pStyle w:val="Heading2"/>
      </w:pPr>
      <w:r>
        <w:t>Optimizes</w:t>
      </w:r>
    </w:p>
    <w:p>
      <w:pPr>
        <w:pStyle w:val="ListBullet"/>
      </w:pPr>
      <w:r>
        <w:rPr>
          <w:rFonts w:ascii="Source Han Sans SC" w:hAnsi="Source Han Sans SC" w:eastAsia="Source Han Sans SC" w:cs="Source Han Sans SC" w:hint="eastAsia"/>
          <w:sz w:val="21"/>
        </w:rPr>
        <w:t>更换默认的回放首帧占位图的地址</w:t>
      </w:r>
    </w:p>
    <w:p>
      <w:pPr>
        <w:pStyle w:val="Heading2"/>
      </w:pPr>
      <w:r>
        <w:t>Build System</w:t>
      </w:r>
    </w:p>
    <w:p>
      <w:pPr>
        <w:pStyle w:val="ListBullet"/>
      </w:pPr>
      <w:r>
        <w:rPr>
          <w:rFonts w:ascii="Source Han Sans SC" w:hAnsi="Source Han Sans SC" w:eastAsia="Source Han Sans SC" w:cs="Source Han Sans SC" w:hint="eastAsia"/>
          <w:sz w:val="21"/>
        </w:rPr>
        <w:t xml:space="preserve">升级 </w:t>
      </w:r>
      <w:r>
        <w:rPr>
          <w:rFonts w:ascii="Menlo" w:hAnsi="Menlo"/>
          <w:color w:val="444444"/>
          <w:sz w:val="20"/>
        </w:rPr>
        <w:t>rtcWebSDK</w:t>
      </w:r>
      <w:r>
        <w:rPr>
          <w:rFonts w:ascii="Source Han Sans SC" w:hAnsi="Source Han Sans SC" w:eastAsia="Source Han Sans SC" w:cs="Source Han Sans SC" w:hint="eastAsia"/>
          <w:sz w:val="21"/>
        </w:rPr>
        <w:t xml:space="preserve"> 至 </w:t>
      </w:r>
      <w:r>
        <w:rPr>
          <w:rFonts w:ascii="Menlo" w:hAnsi="Menlo"/>
          <w:color w:val="444444"/>
          <w:sz w:val="20"/>
        </w:rPr>
        <w:t>0.18.0-rc.1</w:t>
      </w:r>
    </w:p>
    <w:p>
      <w:pPr>
        <w:pStyle w:val="ListBullet"/>
      </w:pPr>
      <w:r>
        <w:rPr>
          <w:rFonts w:ascii="Source Han Sans SC" w:hAnsi="Source Han Sans SC" w:eastAsia="Source Han Sans SC" w:cs="Source Han Sans SC" w:hint="eastAsia"/>
          <w:sz w:val="21"/>
        </w:rPr>
        <w:t xml:space="preserve">升级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至 </w:t>
      </w:r>
      <w:r>
        <w:rPr>
          <w:rFonts w:ascii="Menlo" w:hAnsi="Menlo"/>
          <w:color w:val="444444"/>
          <w:sz w:val="20"/>
        </w:rPr>
        <w:t>rc-20230720</w:t>
      </w:r>
    </w:p>
    <w:p>
      <w:r>
        <w:rPr>
          <w:rFonts w:ascii="Source Han Sans SC" w:hAnsi="Source Han Sans SC" w:eastAsia="Source Han Sans SC" w:cs="Source Han Sans SC" w:hint="eastAsia"/>
          <w:sz w:val="21"/>
        </w:rPr>
        <w:t>---</w:t>
      </w:r>
    </w:p>
    <w:p>
      <w:pPr>
        <w:pStyle w:val="Heading1"/>
      </w:pPr>
      <w:r>
        <w:t>v0.4.0(2023-06-30)</w:t>
      </w:r>
    </w:p>
    <w:p>
      <w:pPr>
        <w:pStyle w:val="Heading2"/>
      </w:pPr>
      <w:r>
        <w:t>Deprecated</w:t>
      </w:r>
    </w:p>
    <w:p>
      <w:pPr>
        <w:pStyle w:val="ListBullet"/>
      </w:pPr>
      <w:r>
        <w:rPr>
          <w:rFonts w:ascii="Menlo" w:hAnsi="Menlo"/>
          <w:color w:val="444444"/>
          <w:sz w:val="20"/>
        </w:rPr>
        <w:t>InteractReceiveEvents.VotedListChange</w:t>
      </w:r>
      <w:r>
        <w:rPr>
          <w:rFonts w:ascii="Source Han Sans SC" w:hAnsi="Source Han Sans SC" w:eastAsia="Source Han Sans SC" w:cs="Source Han Sans SC" w:hint="eastAsia"/>
          <w:sz w:val="21"/>
        </w:rPr>
        <w:t xml:space="preserve"> 即将废弃</w:t>
      </w:r>
    </w:p>
    <w:p>
      <w:pPr>
        <w:pStyle w:val="ListBullet"/>
      </w:pPr>
      <w:r>
        <w:rPr>
          <w:rFonts w:ascii="Source Han Sans SC" w:hAnsi="Source Han Sans SC" w:eastAsia="Source Han Sans SC" w:cs="Source Han Sans SC" w:hint="eastAsia"/>
          <w:sz w:val="21"/>
        </w:rPr>
        <w:t xml:space="preserve">互动投票功能需要的数据不需要手动传入，可以由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内部维护</w:t>
      </w:r>
    </w:p>
    <w:p>
      <w:pPr>
        <w:pStyle w:val="Heading2"/>
      </w:pPr>
      <w:r>
        <w:t>Bug Fixes</w:t>
      </w:r>
    </w:p>
    <w:p>
      <w:pPr>
        <w:pStyle w:val="ListBullet"/>
      </w:pPr>
      <w:r>
        <w:rPr>
          <w:rFonts w:ascii="Source Han Sans SC" w:hAnsi="Source Han Sans SC" w:eastAsia="Source Han Sans SC" w:cs="Source Han Sans SC" w:hint="eastAsia"/>
          <w:sz w:val="21"/>
        </w:rPr>
        <w:t>修复 SDK 内部部分默认图片地址错误的问题</w:t>
      </w:r>
    </w:p>
    <w:p>
      <w:pPr>
        <w:pStyle w:val="ListBullet"/>
      </w:pPr>
      <w:r>
        <w:rPr>
          <w:rFonts w:ascii="Source Han Sans SC" w:hAnsi="Source Han Sans SC" w:eastAsia="Source Han Sans SC" w:cs="Source Han Sans SC" w:hint="eastAsia"/>
          <w:sz w:val="21"/>
        </w:rPr>
        <w:t>修复统计参数 param4 和 param5 没有优先使用接口返回值导致的编码问题</w:t>
      </w:r>
    </w:p>
    <w:p>
      <w:pPr>
        <w:pStyle w:val="Heading2"/>
      </w:pPr>
      <w:r>
        <w:t>Features</w:t>
      </w:r>
    </w:p>
    <w:p>
      <w:pPr>
        <w:pStyle w:val="ListBullet"/>
      </w:pPr>
      <w:r>
        <w:rPr>
          <w:rFonts w:ascii="Source Han Sans SC" w:hAnsi="Source Han Sans SC" w:eastAsia="Source Han Sans SC" w:cs="Source Han Sans SC" w:hint="eastAsia"/>
          <w:sz w:val="21"/>
        </w:rPr>
        <w:t>提问模块(ask): 增加竖屏提问相关的方法</w:t>
      </w:r>
    </w:p>
    <w:p>
      <w:pPr>
        <w:pStyle w:val="ListBullet"/>
      </w:pPr>
      <w:r>
        <w:rPr>
          <w:rFonts w:ascii="Source Han Sans SC" w:hAnsi="Source Han Sans SC" w:eastAsia="Source Han Sans SC" w:cs="Source Han Sans SC" w:hint="eastAsia"/>
          <w:sz w:val="21"/>
        </w:rPr>
        <w:t>观看条件模块(auth): 外部授权观看条件优化-主次条件下支持隐藏登录按钮</w:t>
      </w:r>
    </w:p>
    <w:p>
      <w:pPr>
        <w:pStyle w:val="ListBullet"/>
      </w:pPr>
      <w:r>
        <w:rPr>
          <w:rFonts w:ascii="Source Han Sans SC" w:hAnsi="Source Han Sans SC" w:eastAsia="Source Han Sans SC" w:cs="Source Han Sans SC" w:hint="eastAsia"/>
          <w:sz w:val="21"/>
        </w:rPr>
        <w:t>互动模块(interact-receive): 提供抢答 SDK 单一实例方法</w:t>
      </w:r>
    </w:p>
    <w:p>
      <w:pPr>
        <w:pStyle w:val="ListBullet"/>
      </w:pPr>
      <w:r>
        <w:rPr>
          <w:rFonts w:ascii="Menlo" w:hAnsi="Menlo"/>
          <w:color w:val="444444"/>
          <w:sz w:val="20"/>
        </w:rPr>
        <w:t>Polyv-SaaS</w:t>
      </w:r>
      <w:r>
        <w:rPr>
          <w:rFonts w:ascii="Source Han Sans SC" w:hAnsi="Source Han Sans SC" w:eastAsia="Source Han Sans SC" w:cs="Source Han Sans SC" w:hint="eastAsia"/>
          <w:sz w:val="21"/>
        </w:rPr>
        <w:t xml:space="preserve"> 支持静态化配置</w:t>
      </w:r>
    </w:p>
    <w:p>
      <w:pPr>
        <w:pStyle w:val="Heading2"/>
      </w:pPr>
      <w:r>
        <w:t>Optimizes</w:t>
      </w:r>
    </w:p>
    <w:p>
      <w:pPr>
        <w:pStyle w:val="ListBullet"/>
      </w:pPr>
      <w:r>
        <w:rPr>
          <w:rFonts w:ascii="Source Han Sans SC" w:hAnsi="Source Han Sans SC" w:eastAsia="Source Han Sans SC" w:cs="Source Han Sans SC" w:hint="eastAsia"/>
          <w:sz w:val="21"/>
        </w:rPr>
        <w:t>完善跑马灯异常处理</w:t>
      </w:r>
    </w:p>
    <w:p>
      <w:pPr>
        <w:pStyle w:val="ListBullet"/>
      </w:pPr>
      <w:r>
        <w:rPr>
          <w:rFonts w:ascii="Source Han Sans SC" w:hAnsi="Source Han Sans SC" w:eastAsia="Source Han Sans SC" w:cs="Source Han Sans SC" w:hint="eastAsia"/>
          <w:sz w:val="21"/>
        </w:rPr>
        <w:t>允许验证外部授权和独立授权时，需要增加是否已进行观看条件授权的判断</w:t>
      </w:r>
    </w:p>
    <w:p>
      <w:pPr>
        <w:pStyle w:val="ListBullet"/>
      </w:pPr>
      <w:r>
        <w:rPr>
          <w:rFonts w:ascii="Source Han Sans SC" w:hAnsi="Source Han Sans SC" w:eastAsia="Source Han Sans SC" w:cs="Source Han Sans SC" w:hint="eastAsia"/>
          <w:sz w:val="21"/>
        </w:rPr>
        <w:t xml:space="preserve">播放器模块(player) </w:t>
      </w:r>
      <w:r>
        <w:rPr>
          <w:rFonts w:ascii="Menlo" w:hAnsi="Menlo"/>
          <w:color w:val="444444"/>
          <w:sz w:val="20"/>
        </w:rPr>
        <w:t>setupPlayer</w:t>
      </w:r>
      <w:r>
        <w:rPr>
          <w:rFonts w:ascii="Source Han Sans SC" w:hAnsi="Source Han Sans SC" w:eastAsia="Source Han Sans SC" w:cs="Source Han Sans SC" w:hint="eastAsia"/>
          <w:sz w:val="21"/>
        </w:rPr>
        <w:t xml:space="preserve"> 方法 </w:t>
      </w:r>
      <w:r>
        <w:rPr>
          <w:rFonts w:ascii="Menlo" w:hAnsi="Menlo"/>
          <w:color w:val="444444"/>
          <w:sz w:val="20"/>
        </w:rPr>
        <w:t>options</w:t>
      </w:r>
      <w:r>
        <w:rPr>
          <w:rFonts w:ascii="Source Han Sans SC" w:hAnsi="Source Han Sans SC" w:eastAsia="Source Han Sans SC" w:cs="Source Han Sans SC" w:hint="eastAsia"/>
          <w:sz w:val="21"/>
        </w:rPr>
        <w:t xml:space="preserve"> 参数增加 </w:t>
      </w:r>
      <w:r>
        <w:rPr>
          <w:rFonts w:ascii="Menlo" w:hAnsi="Menlo"/>
          <w:color w:val="444444"/>
          <w:sz w:val="20"/>
        </w:rPr>
        <w:t>extraPlayerOptions</w:t>
      </w:r>
      <w:r>
        <w:rPr>
          <w:rFonts w:ascii="Source Han Sans SC" w:hAnsi="Source Han Sans SC" w:eastAsia="Source Han Sans SC" w:cs="Source Han Sans SC" w:hint="eastAsia"/>
          <w:sz w:val="21"/>
        </w:rPr>
        <w:t xml:space="preserve"> 字段，支持透传给到播放器 SDK</w:t>
      </w:r>
    </w:p>
    <w:p>
      <w:pPr>
        <w:pStyle w:val="Heading2"/>
      </w:pPr>
      <w:r>
        <w:t>Build System</w:t>
      </w:r>
    </w:p>
    <w:p>
      <w:pPr>
        <w:pStyle w:val="ListBullet"/>
      </w:pPr>
      <w:r>
        <w:rPr>
          <w:rFonts w:ascii="Source Han Sans SC" w:hAnsi="Source Han Sans SC" w:eastAsia="Source Han Sans SC" w:cs="Source Han Sans SC" w:hint="eastAsia"/>
          <w:sz w:val="21"/>
        </w:rPr>
        <w:t xml:space="preserve">升级 </w:t>
      </w:r>
      <w:r>
        <w:rPr>
          <w:rFonts w:ascii="Menlo" w:hAnsi="Menlo"/>
          <w:color w:val="444444"/>
          <w:sz w:val="20"/>
        </w:rPr>
        <w:t>@polyv/chat-sdk</w:t>
      </w:r>
      <w:r>
        <w:rPr>
          <w:rFonts w:ascii="Source Han Sans SC" w:hAnsi="Source Han Sans SC" w:eastAsia="Source Han Sans SC" w:cs="Source Han Sans SC" w:hint="eastAsia"/>
          <w:sz w:val="21"/>
        </w:rPr>
        <w:t xml:space="preserve"> 至 </w:t>
      </w:r>
      <w:r>
        <w:rPr>
          <w:rFonts w:ascii="Menlo" w:hAnsi="Menlo"/>
          <w:color w:val="444444"/>
          <w:sz w:val="20"/>
        </w:rPr>
        <w:t>0.18.0-rc.1</w:t>
      </w:r>
    </w:p>
    <w:p>
      <w:pPr>
        <w:pStyle w:val="ListBullet"/>
      </w:pPr>
      <w:r>
        <w:rPr>
          <w:rFonts w:ascii="Source Han Sans SC" w:hAnsi="Source Han Sans SC" w:eastAsia="Source Han Sans SC" w:cs="Source Han Sans SC" w:hint="eastAsia"/>
          <w:sz w:val="21"/>
        </w:rPr>
        <w:t xml:space="preserve">升级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至 </w:t>
      </w:r>
      <w:r>
        <w:rPr>
          <w:rFonts w:ascii="Menlo" w:hAnsi="Menlo"/>
          <w:color w:val="444444"/>
          <w:sz w:val="20"/>
        </w:rPr>
        <w:t>0.15.0-rc-20230615.1</w:t>
      </w:r>
    </w:p>
    <w:p>
      <w:pPr>
        <w:pStyle w:val="ListBullet"/>
      </w:pPr>
      <w:r>
        <w:rPr>
          <w:rFonts w:ascii="Menlo" w:hAnsi="Menlo"/>
          <w:color w:val="444444"/>
          <w:sz w:val="20"/>
        </w:rPr>
        <w:t>detail</w:t>
      </w:r>
      <w:r>
        <w:rPr>
          <w:rFonts w:ascii="Source Han Sans SC" w:hAnsi="Source Han Sans SC" w:eastAsia="Source Han Sans SC" w:cs="Source Han Sans SC" w:hint="eastAsia"/>
          <w:sz w:val="21"/>
        </w:rPr>
        <w:t xml:space="preserve"> 接口增加 </w:t>
      </w:r>
      <w:r>
        <w:rPr>
          <w:rFonts w:ascii="Menlo" w:hAnsi="Menlo"/>
          <w:color w:val="444444"/>
          <w:sz w:val="20"/>
        </w:rPr>
        <w:t>clientVersion</w:t>
      </w:r>
      <w:r>
        <w:rPr>
          <w:rFonts w:ascii="Source Han Sans SC" w:hAnsi="Source Han Sans SC" w:eastAsia="Source Han Sans SC" w:cs="Source Han Sans SC" w:hint="eastAsia"/>
          <w:sz w:val="21"/>
        </w:rPr>
        <w:t xml:space="preserve"> 入参来记录版本号</w:t>
      </w:r>
    </w:p>
    <w:p>
      <w:r>
        <w:rPr>
          <w:rFonts w:ascii="Source Han Sans SC" w:hAnsi="Source Han Sans SC" w:eastAsia="Source Han Sans SC" w:cs="Source Han Sans SC" w:hint="eastAsia"/>
          <w:sz w:val="21"/>
        </w:rPr>
        <w:t>---</w:t>
      </w:r>
    </w:p>
    <w:p>
      <w:pPr>
        <w:pStyle w:val="Heading1"/>
      </w:pPr>
      <w:r>
        <w:t>v0.3.2(2023-06-16)</w:t>
      </w:r>
    </w:p>
    <w:p>
      <w:pPr>
        <w:pStyle w:val="Heading2"/>
      </w:pPr>
      <w:r>
        <w:t>Bug Fixes</w:t>
      </w:r>
    </w:p>
    <w:p>
      <w:pPr>
        <w:pStyle w:val="ListBullet"/>
      </w:pPr>
      <w:r>
        <w:rPr>
          <w:rFonts w:ascii="Source Han Sans SC" w:hAnsi="Source Han Sans SC" w:eastAsia="Source Han Sans SC" w:cs="Source Han Sans SC" w:hint="eastAsia"/>
          <w:sz w:val="21"/>
        </w:rPr>
        <w:t xml:space="preserve">修复 </w:t>
      </w:r>
      <w:r>
        <w:rPr>
          <w:rFonts w:ascii="Menlo" w:hAnsi="Menlo"/>
          <w:color w:val="444444"/>
          <w:sz w:val="20"/>
        </w:rPr>
        <w:t>AppConfig</w:t>
      </w:r>
      <w:r>
        <w:rPr>
          <w:rFonts w:ascii="Source Han Sans SC" w:hAnsi="Source Han Sans SC" w:eastAsia="Source Han Sans SC" w:cs="Source Han Sans SC" w:hint="eastAsia"/>
          <w:sz w:val="21"/>
        </w:rPr>
        <w:t xml:space="preserve"> 的 </w:t>
      </w:r>
      <w:r>
        <w:rPr>
          <w:rFonts w:ascii="Menlo" w:hAnsi="Menlo"/>
          <w:color w:val="444444"/>
          <w:sz w:val="20"/>
        </w:rPr>
        <w:t>inviteInfo</w:t>
      </w:r>
      <w:r>
        <w:rPr>
          <w:rFonts w:ascii="Source Han Sans SC" w:hAnsi="Source Han Sans SC" w:eastAsia="Source Han Sans SC" w:cs="Source Han Sans SC" w:hint="eastAsia"/>
          <w:sz w:val="21"/>
        </w:rPr>
        <w:t xml:space="preserve"> 没有支持选传的问题</w:t>
      </w:r>
    </w:p>
    <w:p>
      <w:pPr>
        <w:pStyle w:val="ListBullet"/>
      </w:pPr>
      <w:r>
        <w:rPr>
          <w:rFonts w:ascii="Source Han Sans SC" w:hAnsi="Source Han Sans SC" w:eastAsia="Source Han Sans SC" w:cs="Source Han Sans SC" w:hint="eastAsia"/>
          <w:sz w:val="21"/>
        </w:rPr>
        <w:t>修复无法在回放状态播放视频的 bug</w:t>
      </w:r>
    </w:p>
    <w:p>
      <w:pPr>
        <w:pStyle w:val="Heading2"/>
      </w:pPr>
      <w:r>
        <w:t>Features</w:t>
      </w:r>
    </w:p>
    <w:p>
      <w:pPr>
        <w:pStyle w:val="ListBullet"/>
      </w:pPr>
      <w:r>
        <w:rPr>
          <w:rFonts w:ascii="Source Han Sans SC" w:hAnsi="Source Han Sans SC" w:eastAsia="Source Han Sans SC" w:cs="Source Han Sans SC" w:hint="eastAsia"/>
          <w:sz w:val="21"/>
        </w:rPr>
        <w:t>回放模块(playback)支持通过 playbackOptions.url 来获取回放地址</w:t>
      </w:r>
    </w:p>
    <w:p>
      <w:pPr>
        <w:pStyle w:val="ListBullet"/>
      </w:pPr>
      <w:r>
        <w:rPr>
          <w:rFonts w:ascii="Source Han Sans SC" w:hAnsi="Source Han Sans SC" w:eastAsia="Source Han Sans SC" w:cs="Source Han Sans SC" w:hint="eastAsia"/>
          <w:sz w:val="21"/>
        </w:rPr>
        <w:t>支持响应-管理后台观看页语言选项切换</w:t>
      </w:r>
    </w:p>
    <w:p>
      <w:pPr>
        <w:pStyle w:val="ListBullet"/>
      </w:pPr>
      <w:r>
        <w:rPr>
          <w:rFonts w:ascii="Source Han Sans SC" w:hAnsi="Source Han Sans SC" w:eastAsia="Source Han Sans SC" w:cs="Source Han Sans SC" w:hint="eastAsia"/>
          <w:sz w:val="21"/>
        </w:rPr>
        <w:t>支持响应-管理后台直播介绍'压缩图片'开关</w:t>
      </w:r>
    </w:p>
    <w:p>
      <w:pPr>
        <w:pStyle w:val="ListBullet"/>
      </w:pPr>
      <w:r>
        <w:rPr>
          <w:rFonts w:ascii="Source Han Sans SC" w:hAnsi="Source Han Sans SC" w:eastAsia="Source Han Sans SC" w:cs="Source Han Sans SC" w:hint="eastAsia"/>
          <w:sz w:val="21"/>
        </w:rPr>
        <w:t>支持响应-管理后台观看页预约人数隐藏开关</w:t>
      </w:r>
    </w:p>
    <w:p>
      <w:pPr>
        <w:pStyle w:val="ListBullet"/>
      </w:pPr>
      <w:r>
        <w:rPr>
          <w:rFonts w:ascii="Source Han Sans SC" w:hAnsi="Source Han Sans SC" w:eastAsia="Source Han Sans SC" w:cs="Source Han Sans SC" w:hint="eastAsia"/>
          <w:sz w:val="21"/>
        </w:rPr>
        <w:t xml:space="preserve">频道模块(channel)新增 </w:t>
      </w:r>
      <w:r>
        <w:rPr>
          <w:rFonts w:ascii="Menlo" w:hAnsi="Menlo"/>
          <w:color w:val="444444"/>
          <w:sz w:val="20"/>
        </w:rPr>
        <w:t>ChannelSetupFail</w:t>
      </w:r>
      <w:r>
        <w:rPr>
          <w:rFonts w:ascii="Source Han Sans SC" w:hAnsi="Source Han Sans SC" w:eastAsia="Source Han Sans SC" w:cs="Source Han Sans SC" w:hint="eastAsia"/>
          <w:sz w:val="21"/>
        </w:rPr>
        <w:t xml:space="preserve"> 事件</w:t>
      </w:r>
    </w:p>
    <w:p>
      <w:pPr>
        <w:pStyle w:val="ListBullet"/>
      </w:pPr>
      <w:r>
        <w:rPr>
          <w:rFonts w:ascii="Source Han Sans SC" w:hAnsi="Source Han Sans SC" w:eastAsia="Source Han Sans SC" w:cs="Source Han Sans SC" w:hint="eastAsia"/>
          <w:sz w:val="21"/>
        </w:rPr>
        <w:t xml:space="preserve">聊天室模块(chat)新增 </w:t>
      </w:r>
      <w:r>
        <w:rPr>
          <w:rFonts w:ascii="Menlo" w:hAnsi="Menlo"/>
          <w:color w:val="444444"/>
          <w:sz w:val="20"/>
        </w:rPr>
        <w:t>ChatReconnectSuccess</w:t>
      </w:r>
      <w:r>
        <w:rPr>
          <w:rFonts w:ascii="Source Han Sans SC" w:hAnsi="Source Han Sans SC" w:eastAsia="Source Han Sans SC" w:cs="Source Han Sans SC" w:hint="eastAsia"/>
          <w:sz w:val="21"/>
        </w:rPr>
        <w:t xml:space="preserve"> 事件，并补充 </w:t>
      </w:r>
      <w:r>
        <w:rPr>
          <w:rFonts w:ascii="Menlo" w:hAnsi="Menlo"/>
          <w:color w:val="444444"/>
          <w:sz w:val="20"/>
        </w:rPr>
        <w:t>ChatConnectFailReason</w:t>
      </w:r>
      <w:r>
        <w:rPr>
          <w:rFonts w:ascii="Source Han Sans SC" w:hAnsi="Source Han Sans SC" w:eastAsia="Source Han Sans SC" w:cs="Source Han Sans SC" w:hint="eastAsia"/>
          <w:sz w:val="21"/>
        </w:rPr>
        <w:t xml:space="preserve"> 枚举值</w:t>
      </w:r>
    </w:p>
    <w:p>
      <w:pPr>
        <w:pStyle w:val="Heading2"/>
      </w:pPr>
      <w:r>
        <w:t>Optimizes</w:t>
      </w:r>
    </w:p>
    <w:p>
      <w:pPr>
        <w:pStyle w:val="ListBullet"/>
      </w:pPr>
      <w:r>
        <w:rPr>
          <w:rFonts w:ascii="Source Han Sans SC" w:hAnsi="Source Han Sans SC" w:eastAsia="Source Han Sans SC" w:cs="Source Han Sans SC" w:hint="eastAsia"/>
          <w:sz w:val="21"/>
        </w:rPr>
        <w:t>后续新增的代码增加版本号相关的注释</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rtc-web-sdk</w:t>
      </w:r>
      <w:r>
        <w:rPr>
          <w:rFonts w:ascii="Source Han Sans SC" w:hAnsi="Source Han Sans SC" w:eastAsia="Source Han Sans SC" w:cs="Source Han Sans SC" w:hint="eastAsia"/>
          <w:sz w:val="21"/>
        </w:rPr>
        <w:t xml:space="preserve"> 版本至 1.18.1</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rtas-sdk</w:t>
      </w:r>
      <w:r>
        <w:rPr>
          <w:rFonts w:ascii="Source Han Sans SC" w:hAnsi="Source Han Sans SC" w:eastAsia="Source Han Sans SC" w:cs="Source Han Sans SC" w:hint="eastAsia"/>
          <w:sz w:val="21"/>
        </w:rPr>
        <w:t xml:space="preserve"> 版本至 0.4.1</w:t>
      </w:r>
    </w:p>
    <w:p>
      <w:r>
        <w:rPr>
          <w:rFonts w:ascii="Source Han Sans SC" w:hAnsi="Source Han Sans SC" w:eastAsia="Source Han Sans SC" w:cs="Source Han Sans SC" w:hint="eastAsia"/>
          <w:sz w:val="21"/>
        </w:rPr>
        <w:t>---</w:t>
      </w:r>
    </w:p>
    <w:p>
      <w:pPr>
        <w:pStyle w:val="Heading1"/>
      </w:pPr>
      <w:r>
        <w:t>v0.3.1(2023-06-09)</w:t>
      </w:r>
    </w:p>
    <w:p>
      <w:pPr>
        <w:pStyle w:val="Heading2"/>
      </w:pPr>
      <w:r>
        <w:t>Bug Fixes</w:t>
      </w:r>
    </w:p>
    <w:p>
      <w:pPr>
        <w:pStyle w:val="ListBullet"/>
      </w:pPr>
      <w:r>
        <w:rPr>
          <w:rFonts w:ascii="Source Han Sans SC" w:hAnsi="Source Han Sans SC" w:eastAsia="Source Han Sans SC" w:cs="Source Han Sans SC" w:hint="eastAsia"/>
          <w:sz w:val="21"/>
        </w:rPr>
        <w:t>修复前端 viewer 接口传参和后端不一致的问题</w:t>
      </w:r>
    </w:p>
    <w:p>
      <w:pPr>
        <w:pStyle w:val="ListBullet"/>
      </w:pPr>
      <w:r>
        <w:rPr>
          <w:rFonts w:ascii="Source Han Sans SC" w:hAnsi="Source Han Sans SC" w:eastAsia="Source Han Sans SC" w:cs="Source Han Sans SC" w:hint="eastAsia"/>
          <w:sz w:val="21"/>
        </w:rPr>
        <w:t>修复合并的视频为 http 协议，无法正常播放的问题</w:t>
      </w:r>
    </w:p>
    <w:p>
      <w:pPr>
        <w:pStyle w:val="ListBullet"/>
      </w:pPr>
      <w:r>
        <w:rPr>
          <w:rFonts w:ascii="Source Han Sans SC" w:hAnsi="Source Han Sans SC" w:eastAsia="Source Han Sans SC" w:cs="Source Han Sans SC" w:hint="eastAsia"/>
          <w:sz w:val="21"/>
        </w:rPr>
        <w:t>付费观看增加异常处理逻辑，试看增加重定向跳转处理</w:t>
      </w:r>
    </w:p>
    <w:p>
      <w:pPr>
        <w:pStyle w:val="ListBullet"/>
      </w:pPr>
      <w:r>
        <w:rPr>
          <w:rFonts w:ascii="Source Han Sans SC" w:hAnsi="Source Han Sans SC" w:eastAsia="Source Han Sans SC" w:cs="Source Han Sans SC" w:hint="eastAsia"/>
          <w:sz w:val="21"/>
        </w:rPr>
        <w:t>修复聊天重放时，自己的发言没有展示在弹幕上</w:t>
      </w:r>
    </w:p>
    <w:p>
      <w:pPr>
        <w:pStyle w:val="Heading2"/>
      </w:pPr>
      <w:r>
        <w:t>Features</w:t>
      </w:r>
    </w:p>
    <w:p>
      <w:pPr>
        <w:pStyle w:val="ListBullet"/>
      </w:pPr>
      <w:r>
        <w:rPr>
          <w:rFonts w:ascii="Source Han Sans SC" w:hAnsi="Source Han Sans SC" w:eastAsia="Source Han Sans SC" w:cs="Source Han Sans SC" w:hint="eastAsia"/>
          <w:sz w:val="21"/>
        </w:rPr>
        <w:t xml:space="preserve">新增 </w:t>
      </w:r>
      <w:r>
        <w:rPr>
          <w:rFonts w:ascii="Menlo" w:hAnsi="Menlo"/>
          <w:color w:val="444444"/>
          <w:sz w:val="20"/>
        </w:rPr>
        <w:t>verify</w:t>
      </w:r>
      <w:r>
        <w:rPr>
          <w:rFonts w:ascii="Source Han Sans SC" w:hAnsi="Source Han Sans SC" w:eastAsia="Source Han Sans SC" w:cs="Source Han Sans SC" w:hint="eastAsia"/>
          <w:sz w:val="21"/>
        </w:rPr>
        <w:t xml:space="preserve"> 验证模块并提供 </w:t>
      </w:r>
      <w:r>
        <w:rPr>
          <w:rFonts w:ascii="Menlo" w:hAnsi="Menlo"/>
          <w:color w:val="444444"/>
          <w:sz w:val="20"/>
        </w:rPr>
        <w:t>verifyViewerLoginToken</w:t>
      </w:r>
      <w:r>
        <w:rPr>
          <w:rFonts w:ascii="Source Han Sans SC" w:hAnsi="Source Han Sans SC" w:eastAsia="Source Han Sans SC" w:cs="Source Han Sans SC" w:hint="eastAsia"/>
          <w:sz w:val="21"/>
        </w:rPr>
        <w:t xml:space="preserve"> 验证登录令牌 Api，</w:t>
      </w:r>
      <w:r>
        <w:rPr>
          <w:rFonts w:ascii="Source Han Sans SC" w:hAnsi="Source Han Sans SC" w:eastAsia="Source Han Sans SC" w:cs="Source Han Sans SC" w:hint="eastAsia"/>
          <w:color w:val="2563EB"/>
          <w:sz w:val="21"/>
          <w:u w:val="single"/>
        </w:rPr>
        <w:t>文档入口</w:t>
      </w:r>
      <w:r>
        <w:rPr>
          <w:rFonts w:ascii="Source Han Sans SC" w:hAnsi="Source Han Sans SC" w:eastAsia="Source Han Sans SC" w:cs="Source Han Sans SC" w:hint="eastAsia"/>
          <w:sz w:val="21"/>
        </w:rPr>
        <w:t>。</w:t>
      </w:r>
    </w:p>
    <w:p>
      <w:pPr>
        <w:pStyle w:val="Heading2"/>
      </w:pPr>
      <w:r>
        <w:t>Optimizes</w:t>
      </w:r>
    </w:p>
    <w:p>
      <w:pPr>
        <w:pStyle w:val="ListBullet"/>
      </w:pPr>
      <w:r>
        <w:rPr>
          <w:rFonts w:ascii="Source Han Sans SC" w:hAnsi="Source Han Sans SC" w:eastAsia="Source Han Sans SC" w:cs="Source Han Sans SC" w:hint="eastAsia"/>
          <w:sz w:val="21"/>
        </w:rPr>
        <w:t>不使用 bind 来代理聊天重放模块对应的方法</w:t>
      </w:r>
    </w:p>
    <w:p>
      <w:pPr>
        <w:pStyle w:val="ListBullet"/>
      </w:pPr>
      <w:r>
        <w:rPr>
          <w:rFonts w:ascii="Source Han Sans SC" w:hAnsi="Source Han Sans SC" w:eastAsia="Source Han Sans SC" w:cs="Source Han Sans SC" w:hint="eastAsia"/>
          <w:sz w:val="21"/>
        </w:rPr>
        <w:t xml:space="preserve">优化播放器模块获取可选线路 </w:t>
      </w:r>
      <w:r>
        <w:rPr>
          <w:rFonts w:ascii="Menlo" w:hAnsi="Menlo"/>
          <w:color w:val="444444"/>
          <w:sz w:val="20"/>
        </w:rPr>
        <w:t>getLineCount</w:t>
      </w:r>
      <w:r>
        <w:rPr>
          <w:rFonts w:ascii="Source Han Sans SC" w:hAnsi="Source Han Sans SC" w:eastAsia="Source Han Sans SC" w:cs="Source Han Sans SC" w:hint="eastAsia"/>
          <w:sz w:val="21"/>
        </w:rPr>
        <w:t xml:space="preserve"> 方法逻辑，在不支持线路切换时返回可选数为 0。</w:t>
      </w:r>
    </w:p>
    <w:p>
      <w:pPr>
        <w:pStyle w:val="ListBullet"/>
      </w:pPr>
      <w:r>
        <w:rPr>
          <w:rFonts w:ascii="Source Han Sans SC" w:hAnsi="Source Han Sans SC" w:eastAsia="Source Han Sans SC" w:cs="Source Han Sans SC" w:hint="eastAsia"/>
          <w:sz w:val="21"/>
        </w:rPr>
        <w:t>完善播放器 forceSessionId 的处理</w:t>
      </w:r>
    </w:p>
    <w:p>
      <w:pPr>
        <w:pStyle w:val="ListBullet"/>
      </w:pPr>
      <w:r>
        <w:rPr>
          <w:rFonts w:ascii="Source Han Sans SC" w:hAnsi="Source Han Sans SC" w:eastAsia="Source Han Sans SC" w:cs="Source Han Sans SC" w:hint="eastAsia"/>
          <w:sz w:val="21"/>
        </w:rPr>
        <w:t>白名单观看条件增加错误码</w:t>
      </w:r>
    </w:p>
    <w:p>
      <w:pPr>
        <w:pStyle w:val="ListBullet"/>
      </w:pPr>
      <w:r>
        <w:rPr>
          <w:rFonts w:ascii="Source Han Sans SC" w:hAnsi="Source Han Sans SC" w:eastAsia="Source Han Sans SC" w:cs="Source Han Sans SC" w:hint="eastAsia"/>
          <w:sz w:val="21"/>
        </w:rPr>
        <w:t>优化弹幕速度代码</w:t>
      </w:r>
    </w:p>
    <w:p>
      <w:pPr>
        <w:pStyle w:val="Heading2"/>
      </w:pPr>
      <w:r>
        <w:t>Build System</w:t>
      </w:r>
    </w:p>
    <w:p>
      <w:pPr>
        <w:pStyle w:val="ListBullet"/>
      </w:pPr>
      <w:r>
        <w:rPr>
          <w:rFonts w:ascii="Source Han Sans SC" w:hAnsi="Source Han Sans SC" w:eastAsia="Source Han Sans SC" w:cs="Source Han Sans SC" w:hint="eastAsia"/>
          <w:sz w:val="21"/>
        </w:rPr>
        <w:t>升级 terser 版本，修复压缩 esm 无法识别 export * as 的语法问题</w:t>
      </w:r>
    </w:p>
    <w:p>
      <w:r>
        <w:rPr>
          <w:rFonts w:ascii="Source Han Sans SC" w:hAnsi="Source Han Sans SC" w:eastAsia="Source Han Sans SC" w:cs="Source Han Sans SC" w:hint="eastAsia"/>
          <w:sz w:val="21"/>
        </w:rPr>
        <w:t>---</w:t>
      </w:r>
    </w:p>
    <w:p>
      <w:pPr>
        <w:pStyle w:val="Heading1"/>
      </w:pPr>
      <w:r>
        <w:t>v0.3.0(2023-06-02)</w:t>
      </w:r>
    </w:p>
    <w:p>
      <w:pPr>
        <w:pStyle w:val="Heading2"/>
      </w:pPr>
      <w:r>
        <w:t>Bug Fixes</w:t>
      </w:r>
    </w:p>
    <w:p>
      <w:pPr>
        <w:pStyle w:val="ListBullet"/>
      </w:pPr>
      <w:r>
        <w:rPr>
          <w:rFonts w:ascii="Source Han Sans SC" w:hAnsi="Source Han Sans SC" w:eastAsia="Source Han Sans SC" w:cs="Source Han Sans SC" w:hint="eastAsia"/>
          <w:sz w:val="21"/>
        </w:rPr>
        <w:t>修复未直播前进入观看页，直播开始后没有显示文档的问题</w:t>
      </w:r>
    </w:p>
    <w:p>
      <w:pPr>
        <w:pStyle w:val="ListBullet"/>
      </w:pPr>
      <w:r>
        <w:rPr>
          <w:rFonts w:ascii="Source Han Sans SC" w:hAnsi="Source Han Sans SC" w:eastAsia="Source Han Sans SC" w:cs="Source Han Sans SC" w:hint="eastAsia"/>
          <w:sz w:val="21"/>
        </w:rPr>
        <w:t>完善打赏功能的判断，微信支付开关禁用的情况下，也支持免费礼物打赏</w:t>
      </w:r>
    </w:p>
    <w:p>
      <w:pPr>
        <w:pStyle w:val="ListBullet"/>
      </w:pPr>
      <w:r>
        <w:rPr>
          <w:rFonts w:ascii="Source Han Sans SC" w:hAnsi="Source Han Sans SC" w:eastAsia="Source Han Sans SC" w:cs="Source Han Sans SC" w:hint="eastAsia"/>
          <w:sz w:val="21"/>
        </w:rPr>
        <w:t>报名观看兼容旧版直播后台数据</w:t>
      </w:r>
    </w:p>
    <w:p>
      <w:pPr>
        <w:pStyle w:val="Heading2"/>
      </w:pPr>
      <w:r>
        <w:t>Features</w:t>
      </w:r>
    </w:p>
    <w:p>
      <w:pPr>
        <w:pStyle w:val="ListBullet"/>
      </w:pPr>
      <w:r>
        <w:rPr>
          <w:rFonts w:ascii="Source Han Sans SC" w:hAnsi="Source Han Sans SC" w:eastAsia="Source Han Sans SC" w:cs="Source Han Sans SC" w:hint="eastAsia"/>
          <w:sz w:val="21"/>
        </w:rPr>
        <w:t>观看条件</w:t>
      </w:r>
    </w:p>
    <w:p>
      <w:pPr>
        <w:pStyle w:val="ListBullet"/>
      </w:pPr>
      <w:r>
        <w:rPr>
          <w:rFonts w:ascii="Source Han Sans SC" w:hAnsi="Source Han Sans SC" w:eastAsia="Source Han Sans SC" w:cs="Source Han Sans SC" w:hint="eastAsia"/>
          <w:sz w:val="21"/>
        </w:rPr>
        <w:t>自定义授权校验增加参数判断</w:t>
      </w:r>
    </w:p>
    <w:p>
      <w:pPr>
        <w:pStyle w:val="ListBullet"/>
      </w:pPr>
      <w:r>
        <w:rPr>
          <w:rFonts w:ascii="Source Han Sans SC" w:hAnsi="Source Han Sans SC" w:eastAsia="Source Han Sans SC" w:cs="Source Han Sans SC" w:hint="eastAsia"/>
          <w:sz w:val="21"/>
        </w:rPr>
        <w:t>独立授权失败支持重定向跳转</w:t>
      </w:r>
    </w:p>
    <w:p>
      <w:pPr>
        <w:pStyle w:val="ListBullet"/>
      </w:pPr>
      <w:r>
        <w:rPr>
          <w:rFonts w:ascii="Source Han Sans SC" w:hAnsi="Source Han Sans SC" w:eastAsia="Source Han Sans SC" w:cs="Source Han Sans SC" w:hint="eastAsia"/>
          <w:sz w:val="21"/>
        </w:rPr>
        <w:t>特殊授权参数统一由 UI 层传入</w:t>
      </w:r>
    </w:p>
    <w:p>
      <w:pPr>
        <w:pStyle w:val="ListBullet"/>
      </w:pPr>
      <w:r>
        <w:rPr>
          <w:rFonts w:ascii="Source Han Sans SC" w:hAnsi="Source Han Sans SC" w:eastAsia="Source Han Sans SC" w:cs="Source Han Sans SC" w:hint="eastAsia"/>
          <w:sz w:val="21"/>
        </w:rPr>
        <w:t>微信</w:t>
      </w:r>
    </w:p>
    <w:p>
      <w:pPr>
        <w:pStyle w:val="ListBullet"/>
      </w:pPr>
      <w:r>
        <w:rPr>
          <w:rFonts w:ascii="Source Han Sans SC" w:hAnsi="Source Han Sans SC" w:eastAsia="Source Han Sans SC" w:cs="Source Han Sans SC" w:hint="eastAsia"/>
          <w:sz w:val="21"/>
        </w:rPr>
        <w:t>调整微信授权的处理逻辑</w:t>
      </w:r>
    </w:p>
    <w:p>
      <w:pPr>
        <w:pStyle w:val="ListBullet"/>
      </w:pPr>
      <w:r>
        <w:rPr>
          <w:rFonts w:ascii="Source Han Sans SC" w:hAnsi="Source Han Sans SC" w:eastAsia="Source Han Sans SC" w:cs="Source Han Sans SC" w:hint="eastAsia"/>
          <w:sz w:val="21"/>
        </w:rPr>
        <w:t>分会场</w:t>
      </w:r>
    </w:p>
    <w:p>
      <w:pPr>
        <w:pStyle w:val="ListBullet"/>
      </w:pPr>
      <w:r>
        <w:rPr>
          <w:rFonts w:ascii="Source Han Sans SC" w:hAnsi="Source Han Sans SC" w:eastAsia="Source Han Sans SC" w:cs="Source Han Sans SC" w:hint="eastAsia"/>
          <w:sz w:val="21"/>
        </w:rPr>
        <w:t>支持分会场竖向模板</w:t>
      </w:r>
    </w:p>
    <w:p>
      <w:pPr>
        <w:pStyle w:val="ListBullet"/>
      </w:pPr>
      <w:r>
        <w:rPr>
          <w:rFonts w:ascii="Source Han Sans SC" w:hAnsi="Source Han Sans SC" w:eastAsia="Source Han Sans SC" w:cs="Source Han Sans SC" w:hint="eastAsia"/>
          <w:sz w:val="21"/>
        </w:rPr>
        <w:t>支持分会场链接跳转分会场</w:t>
      </w:r>
    </w:p>
    <w:p>
      <w:pPr>
        <w:pStyle w:val="ListBullet"/>
      </w:pPr>
      <w:r>
        <w:rPr>
          <w:rFonts w:ascii="Source Han Sans SC" w:hAnsi="Source Han Sans SC" w:eastAsia="Source Han Sans SC" w:cs="Source Han Sans SC" w:hint="eastAsia"/>
          <w:sz w:val="21"/>
        </w:rPr>
        <w:t>PPT区域支持关闭跑马灯参数show</w:t>
      </w:r>
    </w:p>
    <w:p>
      <w:pPr>
        <w:pStyle w:val="ListBullet"/>
      </w:pPr>
      <w:r>
        <w:rPr>
          <w:rFonts w:ascii="Source Han Sans SC" w:hAnsi="Source Han Sans SC" w:eastAsia="Source Han Sans SC" w:cs="Source Han Sans SC" w:hint="eastAsia"/>
          <w:sz w:val="21"/>
        </w:rPr>
        <w:t>点播播放器增加授权 code 入参</w:t>
      </w:r>
    </w:p>
    <w:p>
      <w:pPr>
        <w:pStyle w:val="ListBullet"/>
      </w:pPr>
      <w:r>
        <w:rPr>
          <w:rFonts w:ascii="Source Han Sans SC" w:hAnsi="Source Han Sans SC" w:eastAsia="Source Han Sans SC" w:cs="Source Han Sans SC" w:hint="eastAsia"/>
          <w:sz w:val="21"/>
        </w:rPr>
        <w:t>连麦</w:t>
      </w:r>
    </w:p>
    <w:p>
      <w:pPr>
        <w:pStyle w:val="ListBullet"/>
      </w:pPr>
      <w:r>
        <w:rPr>
          <w:rFonts w:ascii="Source Han Sans SC" w:hAnsi="Source Han Sans SC" w:eastAsia="Source Han Sans SC" w:cs="Source Han Sans SC" w:hint="eastAsia"/>
          <w:sz w:val="21"/>
        </w:rPr>
        <w:t>支持移动端竖屏连麦</w:t>
      </w:r>
    </w:p>
    <w:p>
      <w:pPr>
        <w:pStyle w:val="ListBullet"/>
      </w:pPr>
      <w:r>
        <w:rPr>
          <w:rFonts w:ascii="Source Han Sans SC" w:hAnsi="Source Han Sans SC" w:eastAsia="Source Han Sans SC" w:cs="Source Han Sans SC" w:hint="eastAsia"/>
          <w:sz w:val="21"/>
        </w:rPr>
        <w:t>回放</w:t>
      </w:r>
    </w:p>
    <w:p>
      <w:pPr>
        <w:pStyle w:val="ListBullet"/>
      </w:pPr>
      <w:r>
        <w:rPr>
          <w:rFonts w:ascii="Source Han Sans SC" w:hAnsi="Source Han Sans SC" w:eastAsia="Source Han Sans SC" w:cs="Source Han Sans SC" w:hint="eastAsia"/>
          <w:sz w:val="21"/>
        </w:rPr>
        <w:t>增加聊天重放功能</w:t>
      </w:r>
    </w:p>
    <w:p>
      <w:pPr>
        <w:pStyle w:val="ListBullet"/>
      </w:pPr>
      <w:r>
        <w:rPr>
          <w:rFonts w:ascii="Source Han Sans SC" w:hAnsi="Source Han Sans SC" w:eastAsia="Source Han Sans SC" w:cs="Source Han Sans SC" w:hint="eastAsia"/>
          <w:sz w:val="21"/>
        </w:rPr>
        <w:t>播放器</w:t>
      </w:r>
    </w:p>
    <w:p>
      <w:pPr>
        <w:pStyle w:val="ListBullet"/>
      </w:pPr>
      <w:r>
        <w:rPr>
          <w:rFonts w:ascii="Source Han Sans SC" w:hAnsi="Source Han Sans SC" w:eastAsia="Source Han Sans SC" w:cs="Source Han Sans SC" w:hint="eastAsia"/>
          <w:sz w:val="21"/>
        </w:rPr>
        <w:t>直播播放器增加弹幕调速功能</w:t>
      </w:r>
    </w:p>
    <w:p>
      <w:pPr>
        <w:pStyle w:val="ListBullet"/>
      </w:pPr>
      <w:r>
        <w:rPr>
          <w:rFonts w:ascii="Source Han Sans SC" w:hAnsi="Source Han Sans SC" w:eastAsia="Source Han Sans SC" w:cs="Source Han Sans SC" w:hint="eastAsia"/>
          <w:sz w:val="21"/>
        </w:rPr>
        <w:t>聊天室</w:t>
      </w:r>
    </w:p>
    <w:p>
      <w:pPr>
        <w:pStyle w:val="ListBullet"/>
      </w:pPr>
      <w:r>
        <w:rPr>
          <w:rFonts w:ascii="Source Han Sans SC" w:hAnsi="Source Han Sans SC" w:eastAsia="Source Han Sans SC" w:cs="Source Han Sans SC" w:hint="eastAsia"/>
          <w:sz w:val="21"/>
        </w:rPr>
        <w:t>聊天室支持私有化部署</w:t>
      </w:r>
    </w:p>
    <w:p>
      <w:pPr>
        <w:pStyle w:val="Heading2"/>
      </w:pPr>
      <w:r>
        <w:t>Optimizes</w:t>
      </w:r>
    </w:p>
    <w:p>
      <w:pPr>
        <w:pStyle w:val="ListBullet"/>
      </w:pPr>
      <w:r>
        <w:rPr>
          <w:rFonts w:ascii="Source Han Sans SC" w:hAnsi="Source Han Sans SC" w:eastAsia="Source Han Sans SC" w:cs="Source Han Sans SC" w:hint="eastAsia"/>
          <w:sz w:val="21"/>
        </w:rPr>
        <w:t>一系列优化！！！！！</w:t>
      </w:r>
    </w:p>
    <w:p>
      <w:pPr>
        <w:pStyle w:val="ListBullet"/>
      </w:pPr>
      <w:r>
        <w:rPr>
          <w:rFonts w:ascii="Source Han Sans SC" w:hAnsi="Source Han Sans SC" w:eastAsia="Source Han Sans SC" w:cs="Source Han Sans SC" w:hint="eastAsia"/>
          <w:sz w:val="21"/>
        </w:rPr>
        <w:t xml:space="preserve">大部分配置和逻辑改成有 </w:t>
      </w:r>
      <w:r>
        <w:rPr>
          <w:rFonts w:ascii="Menlo" w:hAnsi="Menlo"/>
          <w:color w:val="444444"/>
          <w:sz w:val="20"/>
        </w:rPr>
        <w:t>live-watch-sdk</w:t>
      </w:r>
      <w:r>
        <w:rPr>
          <w:rFonts w:ascii="Source Han Sans SC" w:hAnsi="Source Han Sans SC" w:eastAsia="Source Han Sans SC" w:cs="Source Han Sans SC" w:hint="eastAsia"/>
          <w:sz w:val="21"/>
        </w:rPr>
        <w:t xml:space="preserve"> 实现，UI 层只需要调用对应的方法即可（变更范围：聊天室、频道、互动、播放器、以及其他配置）</w:t>
      </w:r>
    </w:p>
    <w:p>
      <w:pPr>
        <w:pStyle w:val="ListBullet"/>
      </w:pPr>
      <w:r>
        <w:rPr>
          <w:rFonts w:ascii="Source Han Sans SC" w:hAnsi="Source Han Sans SC" w:eastAsia="Source Han Sans SC" w:cs="Source Han Sans SC" w:hint="eastAsia"/>
          <w:sz w:val="21"/>
        </w:rPr>
        <w:t>修改获取在线人数逻辑</w:t>
      </w:r>
    </w:p>
    <w:p>
      <w:pPr>
        <w:pStyle w:val="ListBullet"/>
      </w:pPr>
      <w:r>
        <w:rPr>
          <w:rFonts w:ascii="Source Han Sans SC" w:hAnsi="Source Han Sans SC" w:eastAsia="Source Han Sans SC" w:cs="Source Han Sans SC" w:hint="eastAsia"/>
          <w:sz w:val="21"/>
        </w:rPr>
        <w:t>邀请海报和微信支付跳转时增加 apiVersion 传参</w:t>
      </w:r>
    </w:p>
    <w:p>
      <w:pPr>
        <w:pStyle w:val="ListBullet"/>
      </w:pPr>
      <w:r>
        <w:rPr>
          <w:rFonts w:ascii="Source Han Sans SC" w:hAnsi="Source Han Sans SC" w:eastAsia="Source Han Sans SC" w:cs="Source Han Sans SC" w:hint="eastAsia"/>
          <w:sz w:val="21"/>
        </w:rPr>
        <w:t>sdk 不再直接从 url 上来获取特殊授权的入参，改成 ui 层直接传入</w:t>
      </w:r>
    </w:p>
    <w:p>
      <w:pPr>
        <w:pStyle w:val="ListBullet"/>
      </w:pPr>
      <w:r>
        <w:rPr>
          <w:rFonts w:ascii="Source Han Sans SC" w:hAnsi="Source Han Sans SC" w:eastAsia="Source Han Sans SC" w:cs="Source Han Sans SC" w:hint="eastAsia"/>
          <w:sz w:val="21"/>
        </w:rPr>
        <w:t>播放器需要的 sessionId 由 sdk 内部根据后台配置来设置，不再支持在 ui 层传入</w:t>
      </w:r>
    </w:p>
    <w:p>
      <w:pPr>
        <w:pStyle w:val="ListBullet"/>
      </w:pPr>
      <w:r>
        <w:rPr>
          <w:rFonts w:ascii="Source Han Sans SC" w:hAnsi="Source Han Sans SC" w:eastAsia="Source Han Sans SC" w:cs="Source Han Sans SC" w:hint="eastAsia"/>
          <w:sz w:val="21"/>
        </w:rPr>
        <w:t>播放器跑马灯由 sdk 内部根据后台配置来设置，不再支持在 ui 层传入</w:t>
      </w:r>
    </w:p>
    <w:p>
      <w:pPr>
        <w:pStyle w:val="Heading2"/>
      </w:pPr>
      <w:r>
        <w:t>Build System</w:t>
      </w:r>
    </w:p>
    <w:p>
      <w:pPr>
        <w:pStyle w:val="ListBullet"/>
      </w:pPr>
      <w:r>
        <w:rPr>
          <w:rFonts w:ascii="Source Han Sans SC" w:hAnsi="Source Han Sans SC" w:eastAsia="Source Han Sans SC" w:cs="Source Han Sans SC" w:hint="eastAsia"/>
          <w:sz w:val="21"/>
        </w:rPr>
        <w:t xml:space="preserve">升级 rtcWebSDK 到 </w:t>
      </w:r>
      <w:r>
        <w:rPr>
          <w:rFonts w:ascii="Menlo" w:hAnsi="Menlo"/>
          <w:color w:val="444444"/>
          <w:sz w:val="20"/>
        </w:rPr>
        <w:t>1.17.0</w:t>
      </w:r>
    </w:p>
    <w:p>
      <w:pPr>
        <w:pStyle w:val="ListBullet"/>
      </w:pPr>
      <w:r>
        <w:rPr>
          <w:rFonts w:ascii="Source Han Sans SC" w:hAnsi="Source Han Sans SC" w:eastAsia="Source Han Sans SC" w:cs="Source Han Sans SC" w:hint="eastAsia"/>
          <w:sz w:val="21"/>
        </w:rPr>
        <w:t xml:space="preserve">互动 SDK 升级到 </w:t>
      </w:r>
      <w:r>
        <w:rPr>
          <w:rFonts w:ascii="Menlo" w:hAnsi="Menlo"/>
          <w:color w:val="444444"/>
          <w:sz w:val="20"/>
        </w:rPr>
        <w:t>rc-20230518</w:t>
      </w:r>
    </w:p>
    <w:p>
      <w:r>
        <w:rPr>
          <w:rFonts w:ascii="Source Han Sans SC" w:hAnsi="Source Han Sans SC" w:eastAsia="Source Han Sans SC" w:cs="Source Han Sans SC" w:hint="eastAsia"/>
          <w:sz w:val="21"/>
        </w:rPr>
        <w:t>---</w:t>
      </w:r>
    </w:p>
    <w:p>
      <w:pPr>
        <w:pStyle w:val="Heading1"/>
      </w:pPr>
      <w:r>
        <w:t>v0.2.0(2023-05-12)</w:t>
      </w:r>
    </w:p>
    <w:p>
      <w:pPr>
        <w:ind w:left="283"/>
      </w:pPr>
      <w:r>
        <w:rPr>
          <w:rFonts w:ascii="Source Han Sans SC" w:hAnsi="Source Han Sans SC" w:eastAsia="Source Han Sans SC" w:cs="Source Han Sans SC" w:hint="eastAsia"/>
          <w:sz w:val="20"/>
        </w:rPr>
        <w:t>不推荐继续使用</w:t>
      </w:r>
    </w:p>
    <w:p>
      <w:pPr>
        <w:pStyle w:val="Heading2"/>
      </w:pPr>
      <w:r>
        <w:t>Bug Fixes</w:t>
      </w:r>
    </w:p>
    <w:p>
      <w:pPr>
        <w:pStyle w:val="ListBullet"/>
      </w:pPr>
      <w:r>
        <w:rPr>
          <w:rFonts w:ascii="Source Han Sans SC" w:hAnsi="Source Han Sans SC" w:eastAsia="Source Han Sans SC" w:cs="Source Han Sans SC" w:hint="eastAsia"/>
          <w:sz w:val="21"/>
        </w:rPr>
        <w:t>修复 PageViewPolling 轮询间隔计算的问题</w:t>
      </w:r>
    </w:p>
    <w:p>
      <w:pPr>
        <w:pStyle w:val="Heading2"/>
      </w:pPr>
      <w:r>
        <w:t>Features</w:t>
      </w:r>
    </w:p>
    <w:p>
      <w:pPr>
        <w:pStyle w:val="ListBullet"/>
      </w:pPr>
      <w:r>
        <w:rPr>
          <w:rFonts w:ascii="Source Han Sans SC" w:hAnsi="Source Han Sans SC" w:eastAsia="Source Han Sans SC" w:cs="Source Han Sans SC" w:hint="eastAsia"/>
          <w:sz w:val="21"/>
        </w:rPr>
        <w:t>删除聊天室模块的 checkBadWord 方法</w:t>
      </w:r>
    </w:p>
    <w:p>
      <w:pPr>
        <w:pStyle w:val="ListBullet"/>
      </w:pPr>
      <w:r>
        <w:rPr>
          <w:rFonts w:ascii="Source Han Sans SC" w:hAnsi="Source Han Sans SC" w:eastAsia="Source Han Sans SC" w:cs="Source Han Sans SC" w:hint="eastAsia"/>
          <w:sz w:val="21"/>
        </w:rPr>
        <w:t>SDK 内部增加 plvDebug，对外提供 setDebugMode 方法</w:t>
      </w:r>
    </w:p>
    <w:p>
      <w:pPr>
        <w:pStyle w:val="ListBullet"/>
      </w:pPr>
      <w:r>
        <w:rPr>
          <w:rFonts w:ascii="Source Han Sans SC" w:hAnsi="Source Han Sans SC" w:eastAsia="Source Han Sans SC" w:cs="Source Han Sans SC" w:hint="eastAsia"/>
          <w:sz w:val="21"/>
        </w:rPr>
        <w:t>将特殊身份判断迁移到 SDK 层中</w:t>
      </w:r>
    </w:p>
    <w:p>
      <w:pPr>
        <w:pStyle w:val="ListBullet"/>
      </w:pPr>
      <w:r>
        <w:rPr>
          <w:rFonts w:ascii="Source Han Sans SC" w:hAnsi="Source Han Sans SC" w:eastAsia="Source Han Sans SC" w:cs="Source Han Sans SC" w:hint="eastAsia"/>
          <w:sz w:val="21"/>
        </w:rPr>
        <w:t>util 模块提供一次性发送多张图片的方法 uploadMultiImage</w:t>
      </w:r>
    </w:p>
    <w:p>
      <w:pPr>
        <w:pStyle w:val="ListBullet"/>
      </w:pPr>
      <w:r>
        <w:rPr>
          <w:rFonts w:ascii="Source Han Sans SC" w:hAnsi="Source Han Sans SC" w:eastAsia="Source Han Sans SC" w:cs="Source Han Sans SC" w:hint="eastAsia"/>
          <w:sz w:val="21"/>
        </w:rPr>
        <w:t>提供 getChannelPlayMode 方法</w:t>
      </w:r>
    </w:p>
    <w:p>
      <w:pPr>
        <w:pStyle w:val="ListBullet"/>
      </w:pPr>
      <w:r>
        <w:rPr>
          <w:rFonts w:ascii="Source Han Sans SC" w:hAnsi="Source Han Sans SC" w:eastAsia="Source Han Sans SC" w:cs="Source Han Sans SC" w:hint="eastAsia"/>
          <w:sz w:val="21"/>
        </w:rPr>
        <w:t>增加 share 模块</w:t>
      </w:r>
    </w:p>
    <w:p>
      <w:pPr>
        <w:pStyle w:val="ListBullet"/>
      </w:pPr>
      <w:r>
        <w:rPr>
          <w:rFonts w:ascii="Source Han Sans SC" w:hAnsi="Source Han Sans SC" w:eastAsia="Source Han Sans SC" w:cs="Source Han Sans SC" w:hint="eastAsia"/>
          <w:sz w:val="21"/>
        </w:rPr>
        <w:t>createWatchCore 增加 playbackOrigin 入参</w:t>
      </w:r>
    </w:p>
    <w:p>
      <w:pPr>
        <w:pStyle w:val="ListBullet"/>
      </w:pPr>
      <w:r>
        <w:rPr>
          <w:rFonts w:ascii="Source Han Sans SC" w:hAnsi="Source Han Sans SC" w:eastAsia="Source Han Sans SC" w:cs="Source Han Sans SC" w:hint="eastAsia"/>
          <w:sz w:val="21"/>
        </w:rPr>
        <w:t>createWatchCore 增加 autoAuthParams 入参，支持验证码条件下直接访问观看页</w:t>
      </w:r>
    </w:p>
    <w:p>
      <w:pPr>
        <w:pStyle w:val="ListBullet"/>
      </w:pPr>
      <w:r>
        <w:rPr>
          <w:rFonts w:ascii="Source Han Sans SC" w:hAnsi="Source Han Sans SC" w:eastAsia="Source Han Sans SC" w:cs="Source Han Sans SC" w:hint="eastAsia"/>
          <w:sz w:val="21"/>
        </w:rPr>
        <w:t>短信验证码增加类型入参来支持自定义短信内容功能</w:t>
      </w:r>
    </w:p>
    <w:p>
      <w:pPr>
        <w:pStyle w:val="ListBullet"/>
      </w:pPr>
      <w:r>
        <w:rPr>
          <w:rFonts w:ascii="Source Han Sans SC" w:hAnsi="Source Han Sans SC" w:eastAsia="Source Han Sans SC" w:cs="Source Han Sans SC" w:hint="eastAsia"/>
          <w:sz w:val="21"/>
        </w:rPr>
        <w:t>连麦模块增加 supportConnectMic 方法</w:t>
      </w:r>
    </w:p>
    <w:p>
      <w:pPr>
        <w:pStyle w:val="ListBullet"/>
      </w:pPr>
      <w:r>
        <w:rPr>
          <w:rFonts w:ascii="Source Han Sans SC" w:hAnsi="Source Han Sans SC" w:eastAsia="Source Han Sans SC" w:cs="Source Han Sans SC" w:hint="eastAsia"/>
          <w:sz w:val="21"/>
        </w:rPr>
        <w:t>增加邀请海报和分享功能的 POP 开关判断</w:t>
      </w:r>
    </w:p>
    <w:p>
      <w:pPr>
        <w:pStyle w:val="ListBullet"/>
      </w:pPr>
      <w:r>
        <w:rPr>
          <w:rFonts w:ascii="Source Han Sans SC" w:hAnsi="Source Han Sans SC" w:eastAsia="Source Han Sans SC" w:cs="Source Han Sans SC" w:hint="eastAsia"/>
          <w:sz w:val="21"/>
        </w:rPr>
        <w:t>回放状态，响应“不展示下一场次倒计时” 开关</w:t>
      </w:r>
    </w:p>
    <w:p>
      <w:pPr>
        <w:pStyle w:val="Heading2"/>
      </w:pPr>
      <w:r>
        <w:t>Optimizes</w:t>
      </w:r>
    </w:p>
    <w:p>
      <w:pPr>
        <w:pStyle w:val="ListBullet"/>
      </w:pPr>
      <w:r>
        <w:rPr>
          <w:rFonts w:ascii="Source Han Sans SC" w:hAnsi="Source Han Sans SC" w:eastAsia="Source Han Sans SC" w:cs="Source Han Sans SC" w:hint="eastAsia"/>
          <w:sz w:val="21"/>
        </w:rPr>
        <w:t>优化获取历史记录 Api 入参</w:t>
      </w:r>
    </w:p>
    <w:p>
      <w:pPr>
        <w:pStyle w:val="ListBullet"/>
      </w:pPr>
      <w:r>
        <w:rPr>
          <w:rFonts w:ascii="Source Han Sans SC" w:hAnsi="Source Han Sans SC" w:eastAsia="Source Han Sans SC" w:cs="Source Han Sans SC" w:hint="eastAsia"/>
          <w:sz w:val="21"/>
        </w:rPr>
        <w:t>优化图片违规的消息替换逻辑</w:t>
      </w:r>
    </w:p>
    <w:p>
      <w:pPr>
        <w:pStyle w:val="ListBullet"/>
      </w:pPr>
      <w:r>
        <w:rPr>
          <w:rFonts w:ascii="Source Han Sans SC" w:hAnsi="Source Han Sans SC" w:eastAsia="Source Han Sans SC" w:cs="Source Han Sans SC" w:hint="eastAsia"/>
          <w:sz w:val="21"/>
        </w:rPr>
        <w:t>优化发送消息后的消息替换机制</w:t>
      </w:r>
    </w:p>
    <w:p>
      <w:pPr>
        <w:pStyle w:val="ListBullet"/>
      </w:pPr>
      <w:r>
        <w:rPr>
          <w:rFonts w:ascii="Source Han Sans SC" w:hAnsi="Source Han Sans SC" w:eastAsia="Source Han Sans SC" w:cs="Source Han Sans SC" w:hint="eastAsia"/>
          <w:sz w:val="21"/>
        </w:rPr>
        <w:t>修改回复字段的类型名</w:t>
      </w:r>
    </w:p>
    <w:p>
      <w:pPr>
        <w:pStyle w:val="ListBullet"/>
      </w:pPr>
      <w:r>
        <w:rPr>
          <w:rFonts w:ascii="Source Han Sans SC" w:hAnsi="Source Han Sans SC" w:eastAsia="Source Han Sans SC" w:cs="Source Han Sans SC" w:hint="eastAsia"/>
          <w:sz w:val="21"/>
        </w:rPr>
        <w:t>优化点赞数逻辑</w:t>
      </w:r>
    </w:p>
    <w:p>
      <w:pPr>
        <w:pStyle w:val="ListBullet"/>
      </w:pPr>
      <w:r>
        <w:rPr>
          <w:rFonts w:ascii="Source Han Sans SC" w:hAnsi="Source Han Sans SC" w:eastAsia="Source Han Sans SC" w:cs="Source Han Sans SC" w:hint="eastAsia"/>
          <w:sz w:val="21"/>
        </w:rPr>
        <w:t>优化情绪反馈事件回调类型</w:t>
      </w:r>
    </w:p>
    <w:p>
      <w:pPr>
        <w:pStyle w:val="ListBullet"/>
      </w:pPr>
      <w:r>
        <w:rPr>
          <w:rFonts w:ascii="Source Han Sans SC" w:hAnsi="Source Han Sans SC" w:eastAsia="Source Han Sans SC" w:cs="Source Han Sans SC" w:hint="eastAsia"/>
          <w:sz w:val="21"/>
        </w:rPr>
        <w:t>完善 auth 和 weixin 模块，提供对应的方法</w:t>
      </w:r>
    </w:p>
    <w:p>
      <w:pPr>
        <w:pStyle w:val="ListBullet"/>
      </w:pPr>
      <w:r>
        <w:rPr>
          <w:rFonts w:ascii="Source Han Sans SC" w:hAnsi="Source Han Sans SC" w:eastAsia="Source Han Sans SC" w:cs="Source Han Sans SC" w:hint="eastAsia"/>
          <w:sz w:val="21"/>
        </w:rPr>
        <w:t>完善 donate, redpack, live-booking, playback 等模块，提供对应的方法</w:t>
      </w:r>
    </w:p>
    <w:p>
      <w:pPr>
        <w:pStyle w:val="ListBullet"/>
      </w:pPr>
      <w:r>
        <w:rPr>
          <w:rFonts w:ascii="Source Han Sans SC" w:hAnsi="Source Han Sans SC" w:eastAsia="Source Han Sans SC" w:cs="Source Han Sans SC" w:hint="eastAsia"/>
          <w:sz w:val="21"/>
        </w:rPr>
        <w:t>完善 invite 模块，不再使用 InviteEvents</w:t>
      </w:r>
    </w:p>
    <w:p>
      <w:pPr>
        <w:pStyle w:val="ListBullet"/>
      </w:pPr>
      <w:r>
        <w:rPr>
          <w:rFonts w:ascii="Source Han Sans SC" w:hAnsi="Source Han Sans SC" w:eastAsia="Source Han Sans SC" w:cs="Source Han Sans SC" w:hint="eastAsia"/>
          <w:sz w:val="21"/>
        </w:rPr>
        <w:t>getChatHistoryBySessionId 返回的数据使用 PageContent 结构</w:t>
      </w:r>
    </w:p>
    <w:p>
      <w:pPr>
        <w:pStyle w:val="ListBullet"/>
      </w:pPr>
      <w:r>
        <w:rPr>
          <w:rFonts w:ascii="Source Han Sans SC" w:hAnsi="Source Han Sans SC" w:eastAsia="Source Han Sans SC" w:cs="Source Han Sans SC" w:hint="eastAsia"/>
          <w:sz w:val="21"/>
        </w:rPr>
        <w:t>短信校验增加错误信息返回</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@polyv/utils</w:t>
      </w:r>
      <w:r>
        <w:rPr>
          <w:rFonts w:ascii="Source Han Sans SC" w:hAnsi="Source Han Sans SC" w:eastAsia="Source Han Sans SC" w:cs="Source Han Sans SC" w:hint="eastAsia"/>
          <w:sz w:val="21"/>
        </w:rPr>
        <w:t>, 替换 EventCenter</w:t>
      </w:r>
    </w:p>
    <w:p>
      <w:pPr>
        <w:pStyle w:val="ListBullet"/>
      </w:pPr>
      <w:r>
        <w:rPr>
          <w:rFonts w:ascii="Source Han Sans SC" w:hAnsi="Source Han Sans SC" w:eastAsia="Source Han Sans SC" w:cs="Source Han Sans SC" w:hint="eastAsia"/>
          <w:sz w:val="21"/>
        </w:rPr>
        <w:t>更新 chat-sdk 和 chat-image-upload-sdk 版本</w:t>
      </w:r>
    </w:p>
    <w:p>
      <w:pPr>
        <w:pStyle w:val="ListBullet"/>
      </w:pPr>
      <w:r>
        <w:rPr>
          <w:rFonts w:ascii="Source Han Sans SC" w:hAnsi="Source Han Sans SC" w:eastAsia="Source Han Sans SC" w:cs="Source Han Sans SC" w:hint="eastAsia"/>
          <w:sz w:val="21"/>
        </w:rPr>
        <w:t>升级 eslint 相关 package</w:t>
      </w:r>
    </w:p>
    <w:p>
      <w:r>
        <w:rPr>
          <w:rFonts w:ascii="Source Han Sans SC" w:hAnsi="Source Han Sans SC" w:eastAsia="Source Han Sans SC" w:cs="Source Han Sans SC" w:hint="eastAsia"/>
          <w:sz w:val="21"/>
        </w:rPr>
        <w:t>---</w:t>
      </w:r>
    </w:p>
    <w:p>
      <w:pPr>
        <w:pStyle w:val="Heading1"/>
      </w:pPr>
      <w:r>
        <w:t>v0.1.0(2023-04-27)</w:t>
      </w:r>
    </w:p>
    <w:p>
      <w:pPr>
        <w:ind w:left="283"/>
      </w:pPr>
      <w:r>
        <w:rPr>
          <w:rFonts w:ascii="Source Han Sans SC" w:hAnsi="Source Han Sans SC" w:eastAsia="Source Han Sans SC" w:cs="Source Han Sans SC" w:hint="eastAsia"/>
          <w:sz w:val="20"/>
        </w:rPr>
        <w:t>不推荐继续使用</w:t>
      </w:r>
    </w:p>
    <w:p>
      <w:r>
        <w:rPr>
          <w:rFonts w:ascii="Source Han Sans SC" w:hAnsi="Source Han Sans SC" w:eastAsia="Source Han Sans SC" w:cs="Source Han Sans SC" w:hint="eastAsia"/>
          <w:sz w:val="21"/>
        </w:rPr>
        <w:t>...</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更新日志</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