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条件抽奖</w:t>
      </w:r>
    </w:p>
    <w:p>
      <w:pPr>
        <w:pStyle w:val="Heading1"/>
      </w:pPr>
      <w:r>
        <w:t>一、功能概述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本模块提供直播间抽奖相关功能，包括初始化抽奖、获取抽奖信息、参与抽奖等功能。</w:t>
      </w:r>
    </w:p>
    <w:p>
      <w:pPr>
        <w:pStyle w:val="Heading1"/>
      </w:pPr>
      <w:r>
        <w:t>二、Api 方法</w:t>
      </w:r>
    </w:p>
    <w:p/>
    <w:p>
      <w:pPr>
        <w:pStyle w:val="Heading2"/>
      </w:pPr>
      <w:r>
        <w:t>2.1 初始化福利抽奖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初始化抽奖功能，获取抽奖详情并设置相关状态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initLottery(lotteryId: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lotteryId：抽奖ID，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抽奖详情，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奖品缩略图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参与条件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WelfareLotteryCondition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抽奖用户范围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WelfareLotteryRange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customGroupLotteryType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分组抽奖类型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WelfareLotteryCustomGroupType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开奖时间，单位：时间戳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winnerIds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中奖用户id列表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inviteNum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WelfareLotteryInviteType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评论抽奖关键字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隐藏奖品数量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viewerSize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hiddenAttendeeNumber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隐藏参与人数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初始化抽奖</w:t>
        <w:br/>
        <w:t>const lotteryDetail = await watchCore.welfareLottery.initLottery('123456');</w:t>
        <w:br/>
        <w:t>console.log('抽奖详情', lotteryDetail);</w:t>
      </w:r>
    </w:p>
    <w:p/>
    <w:p>
      <w:pPr>
        <w:pStyle w:val="Heading2"/>
      </w:pPr>
      <w:r>
        <w:t>2.2 获取抽奖详情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获取指定抽奖活动的详细信息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getLotteryDetail(lotteryId: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lotteryId：抽奖ID，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抽奖详情，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奖品缩略图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参与条件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WelfareLotteryCondition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抽奖用户范围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WelfareLotteryRange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customGroupLotteryType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分组抽奖类型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WelfareLotteryCustomGroupType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开奖时间，单位：时间戳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winnerIds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中奖用户id列表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inviteNum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WelfareLotteryInviteType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评论抽奖关键字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隐藏奖品数量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viewerSize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hiddenAttendeeNumber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隐藏参与人数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获取抽奖详情</w:t>
        <w:br/>
        <w:t>const detail = await watchCore.welfareLottery.getLotteryDetail('123456');</w:t>
        <w:br/>
        <w:t>console.log('抽奖详情', detail);</w:t>
      </w:r>
    </w:p>
    <w:p/>
    <w:p>
      <w:pPr>
        <w:pStyle w:val="Heading2"/>
      </w:pPr>
      <w:r>
        <w:t>2.3 获取抽奖完成情况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获取用户参与抽奖的完成情况，如观看时长、是否评论等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getLotteryFinishData(lotteryId?: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lotteryId：undefined，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抽奖完成情况，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viewerSize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参与条件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WelfareLotteryCondition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hasComment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是否已参与评论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已观看时长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WelfareLotteryInviteType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inviteCount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获取抽奖完成情况</w:t>
        <w:br/>
        <w:t>const finishData = await watchCore.welfareLottery.getLotteryFinishData();</w:t>
        <w:br/>
        <w:t>console.log('抽奖完成情况', finishData);</w:t>
      </w:r>
    </w:p>
    <w:p/>
    <w:p>
      <w:pPr>
        <w:pStyle w:val="Heading2"/>
      </w:pPr>
      <w:r>
        <w:t>2.4 获取中奖列表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获取抽奖活动的中奖用户列表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getLotteryWinners(options: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options：查询参数，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中奖名单数据，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获奖列表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LotteryWinnerItem[]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获取中奖名单</w:t>
        <w:br/>
        <w:t>const winners = await watchCore.welfareLottery.getLotteryWinners({</w:t>
        <w:br/>
        <w:t xml:space="preserve">  lotteryId: '123456'</w:t>
        <w:br/>
        <w:t>});</w:t>
        <w:br/>
        <w:t>console.log('中奖名单', winners);</w:t>
      </w:r>
    </w:p>
    <w:p/>
    <w:p>
      <w:pPr>
        <w:pStyle w:val="Heading2"/>
      </w:pPr>
      <w:r>
        <w:t>2.5 完成评论抽奖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提交评论完成评论类型的抽奖参与条件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finishCommentLottery(options: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提交评论参与抽奖</w:t>
        <w:br/>
        <w:t>await watchCore.welfareLottery.finishCommentLottery({</w:t>
        <w:br/>
        <w:t xml:space="preserve">  comment: '我要参与抽奖'</w:t>
        <w:br/>
        <w:t>});</w:t>
      </w:r>
    </w:p>
    <w:p/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获取抽奖活动的奖品详细信息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getLotteryPrize(lotteryId: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lotteryId：抽奖ID，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抽奖奖品信息，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PrizeAcceptType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formList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领奖表单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PrizeFromItem[]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hasObtain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是否已领奖，当acceptType为form时有效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领奖二维码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领奖二维码提示语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获取抽奖奖品信息</w:t>
        <w:br/>
        <w:t>const prizeInfo = await watchCore.welfareLottery.getLotteryPrize('123456');</w:t>
        <w:br/>
        <w:t>console.log('抽奖奖品信息', prizeInfo);</w:t>
      </w:r>
    </w:p>
    <w:p/>
    <w:p>
      <w:pPr>
        <w:pStyle w:val="Heading2"/>
      </w:pPr>
      <w:r>
        <w:t>2.6 获取抽奖记录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获取用户参与的抽奖活动记录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getLotteryRecord(options: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options：查询参数，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抽奖记录数据，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获奖列表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LotteryRecordItem[]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获取抽奖记录</w:t>
        <w:br/>
        <w:t>const records = await watchCore.welfareLottery.getLotteryRecord({</w:t>
        <w:br/>
        <w:t xml:space="preserve">  pageNumber: 1,</w:t>
        <w:br/>
        <w:t xml:space="preserve">  pageSize: 20</w:t>
        <w:br/>
        <w:t>});</w:t>
        <w:br/>
        <w:t>console.log('抽奖记录', records);</w:t>
      </w:r>
    </w:p>
    <w:p/>
    <w:p>
      <w:pPr>
        <w:pStyle w:val="Heading2"/>
      </w:pPr>
      <w:r>
        <w:t>2.7 获取领奖信息表单配置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获取抽奖活动的领奖信息表单配置，用于中奖后填写领奖信息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getLotteryReceive(options: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options：查询参数，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领奖信息表单配置，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LotteryAcceptType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formList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LotteryReceiveFormItem[]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hasObtain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是否已领取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奖品领取地址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二维码提示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纪录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兑换码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获取领奖信息表单</w:t>
        <w:br/>
        <w:t>const receiveForm = await watchCore.welfareLottery.getLotteryReceive({</w:t>
        <w:br/>
        <w:t xml:space="preserve">  lotteryId: '123456'</w:t>
        <w:br/>
        <w:t>});</w:t>
        <w:br/>
        <w:t>console.log('领奖表单', receiveForm);</w:t>
      </w:r>
    </w:p>
    <w:p/>
    <w:p>
      <w:pPr>
        <w:pStyle w:val="Heading2"/>
      </w:pPr>
      <w:r>
        <w:t>2.8 提交领奖人信息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提交中奖者的领奖信息，包括姓名、联系方式等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submitReceive(options: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options：提交参数，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winnerCode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receiveInfo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领奖人信息表单数据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LotteryReceiveFormItem[]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提交领奖信息</w:t>
        <w:br/>
        <w:t>await watchCore.welfareLottery.submitReceive({</w:t>
        <w:br/>
        <w:t xml:space="preserve">  lotteryId: '123456',</w:t>
        <w:br/>
        <w:t xml:space="preserve">  winnerCode: '123456',</w:t>
        <w:br/>
        <w:t xml:space="preserve">  receiveInfo: [{</w:t>
        <w:br/>
        <w:t xml:space="preserve">    key: 'name',</w:t>
        <w:br/>
        <w:t xml:space="preserve">    value: '张三'</w:t>
        <w:br/>
        <w:t xml:space="preserve">  }]</w:t>
        <w:br/>
        <w:t>});</w:t>
      </w:r>
    </w:p>
    <w:p/>
    <w:p>
      <w:pPr>
        <w:pStyle w:val="Heading2"/>
      </w:pPr>
      <w:r>
        <w:t>2.9 获取抽奖隐私协议内容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获取抽奖活动的隐私协议内容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getLotteryPrivacy(): LotteryPrivacyDetail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抽奖隐私协议内容，</w:t>
      </w:r>
      <w:r>
        <w:rPr>
          <w:rFonts w:ascii="Menlo" w:hAnsi="Menlo"/>
          <w:color w:val="444444"/>
          <w:sz w:val="20"/>
        </w:rPr>
        <w:t>LotteryPrivacyDetail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抽奖隐私协议内容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lotteryActivityPrivacyEnabled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抽奖活动隐私协议开关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获取抽奖隐私协议内容</w:t>
        <w:br/>
        <w:t>const privacy = await watchCore.welfareLottery.getLotteryPrivacy();</w:t>
        <w:br/>
        <w:t>console.log('抽奖隐私协议内容', privacy);</w:t>
      </w:r>
    </w:p>
    <w:p/>
    <w:p>
      <w:pPr>
        <w:pStyle w:val="Heading2"/>
      </w:pPr>
      <w:r>
        <w:t>2.10 获取抽奖分组信息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获取抽奖活动的分组信息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getLotteryWinnersGroup(options: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options：查询参数，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抽奖分组信息列表，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获取抽奖分组信息</w:t>
        <w:br/>
        <w:t>const groupInfo = await watchCore.welfareLottery.getLotteryWinnersGroup({</w:t>
        <w:br/>
        <w:t xml:space="preserve">  lotteryId: '123456'</w:t>
        <w:br/>
        <w:t>});</w:t>
        <w:br/>
        <w:t>console.log('抽奖分组信息', groupInfo);</w:t>
      </w:r>
    </w:p>
    <w:p/>
    <w:p>
      <w:pPr>
        <w:pStyle w:val="Heading2"/>
      </w:pPr>
      <w:r>
        <w:t>2.11 获取抽奖分组中的中奖名单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获取抽奖活动特定分组中的中奖用户列表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getLotteryWinnersByGroup(options: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options：查询参数，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groupId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分组中的中奖名单数据，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获奖列表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LotteryWinnerItem[]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获取特定分组的中奖名单</w:t>
        <w:br/>
        <w:t>const groupWinners = await watchCore.welfareLottery.getLotteryWinnersByGroup({</w:t>
        <w:br/>
        <w:t xml:space="preserve">  lotteryId: '123456',</w:t>
        <w:br/>
        <w:t xml:space="preserve">  groupId: 1</w:t>
        <w:br/>
        <w:t>});</w:t>
        <w:br/>
        <w:t>console.log('分组中奖名单', groupWinners);</w:t>
      </w:r>
    </w:p>
    <w:p/>
    <w:p>
      <w:pPr>
        <w:pStyle w:val="Heading2"/>
      </w:pPr>
      <w:r>
        <w:t>2.12 获取当前观看时间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获取当前观看时间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getLotteryWatchTime(): 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当前观看时间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watchTime = watchCore.welfareLottery.getLotteryWatchTime();</w:t>
        <w:br/>
        <w:t>console.log('当前观看时间', watchTime);</w:t>
      </w:r>
    </w:p>
    <w:p>
      <w:pPr>
        <w:pStyle w:val="Heading1"/>
      </w:pPr>
      <w:r>
        <w:t>三、模块事件</w:t>
      </w:r>
    </w:p>
    <w:p/>
    <w:p>
      <w:pPr>
        <w:pStyle w:val="Heading2"/>
      </w:pPr>
      <w:r>
        <w:t>3.1 开始抽奖事件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当福利抽奖活动开始时触发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WelfareLotteryEvents.StartLottery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抽奖详情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WelfareLotteryDetail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watchCore.welfareLottery.eventEmitter.on(WelfareLotteryEvents.StartLottery, (data) =&gt; {</w:t>
        <w:br/>
        <w:t xml:space="preserve">  console.log('抽奖活动开始', data.lotteryId, data.lotteryDetail);</w:t>
        <w:br/>
        <w:t>});</w:t>
      </w:r>
    </w:p>
    <w:p/>
    <w:p>
      <w:pPr>
        <w:pStyle w:val="Heading2"/>
      </w:pPr>
      <w:r>
        <w:t>3.2 结束抽奖事件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当福利抽奖活动结束时触发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WelfareLotteryEvents.EndLottery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抽奖详情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WelfareLotteryDetail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watchCore.welfareLottery.eventEmitter.on(WelfareLotteryEvents.EndLottery, (data) =&gt; {</w:t>
        <w:br/>
        <w:t xml:space="preserve">  console.log('抽奖活动结束', data.lotteryId, data.lotteryDetail);</w:t>
        <w:br/>
        <w:t>});</w:t>
      </w:r>
    </w:p>
    <w:p/>
    <w:p>
      <w:pPr>
        <w:pStyle w:val="Heading2"/>
      </w:pPr>
      <w:r>
        <w:t>3.3 观看时长更改事件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当用户观看时长发生变化时触发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WelfareLotteryEvents.WatchTimeChange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观看时长（单位：秒）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watchCore.welfareLottery.eventEmitter.on(WelfareLotteryEvents.WatchTimeChange, (data) =&gt; {</w:t>
        <w:br/>
        <w:t xml:space="preserve">  console.log('观看时长更新', data.watchTime);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