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</w:t>
      </w:r>
    </w:p>
    <w:p>
      <w:pPr>
        <w:pStyle w:val="Heading1"/>
      </w:pPr>
      <w:r>
        <w:t>一、功能概述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本模块主要用于接收和处理直播间的卡片推送功能，包括获取卡片信息、记录领取状态等。</w:t>
      </w:r>
    </w:p>
    <w:p>
      <w:pPr>
        <w:pStyle w:val="Heading1"/>
      </w:pPr>
      <w:r>
        <w:t>二、Api 方法</w:t>
      </w:r>
    </w:p>
    <w:p/>
    <w:p>
      <w:pPr>
        <w:pStyle w:val="Heading2"/>
      </w:pPr>
      <w:r>
        <w:t>2.1 获取当前推送的卡片数据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获取当前直播间正在推送的卡片信息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getPushCardData():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卡片数据，如果没有正在推送的卡片则返回undefined，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获取当前推送的卡片</w:t>
        <w:br/>
        <w:t>const cardData = await watchCore.pushCard.getPushCardData();</w:t>
        <w:br/>
        <w:t>console.log('卡片图片链接:', cardData.cardImage);</w:t>
        <w:br/>
        <w:t>console.log('等待显示时间(秒):', cardData.conditionValue);</w:t>
        <w:br/>
        <w:t>console.log('倒计时文案:', cardData.countdownMsg);</w:t>
        <w:br/>
        <w:t>console.log('卡片倒计时(秒):', cardData.duration);</w:t>
        <w:br/>
        <w:t>console.log('是否有卡片入口:', cardData.enterEnabled);</w:t>
        <w:br/>
        <w:t>console.log('入口图片链接:', cardData.enterImage);</w:t>
        <w:br/>
        <w:t>console.log('封面类型:', cardData.imageType);</w:t>
        <w:br/>
        <w:t>console.log('跳转链接:', cardData.link);</w:t>
        <w:br/>
        <w:t>console.log('移动端跳转链接:', cardData.mobileLink);</w:t>
        <w:br/>
        <w:t>console.log('桌面端跳转链接:', cardData.pcLink);</w:t>
        <w:br/>
        <w:t>console.log('微信小程序原始ID:', cardData.wxMiniprogramOriginalId);</w:t>
        <w:br/>
        <w:t>console.log('微信小程序appid:', cardData.wxMiniprogramAppId);</w:t>
        <w:br/>
        <w:t>console.log('页面路径:', cardData.wxMiniprogramLink);</w:t>
        <w:br/>
        <w:t>console.log('是否有配置链接:', cardData.linkEnabled);</w:t>
        <w:br/>
        <w:t>console.log('打开链接方式:', cardData.redirectType);</w:t>
        <w:br/>
        <w:t>console.log('弹出方式:', cardData.showCondition);</w:t>
        <w:br/>
        <w:t>console.log('卡片标题:', cardData.title);</w:t>
        <w:br/>
        <w:t>console.log('链接类型:', cardData.hrefType);</w:t>
      </w:r>
    </w:p>
    <w:p/>
    <w:p>
      <w:pPr>
        <w:pStyle w:val="Heading2"/>
      </w:pPr>
      <w:r>
        <w:t>2.2 记录卡片领取操作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用户领取卡片时调用，记录领取状态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recordObtainCard():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用户领取卡片</w:t>
        <w:br/>
        <w:t>await watchCore.pushCard.recordObtainCard();</w:t>
        <w:br/>
        <w:t>console.log('卡片领取成功');</w:t>
      </w:r>
    </w:p>
    <w:p>
      <w:pPr>
        <w:pStyle w:val="Heading1"/>
      </w:pPr>
      <w:r>
        <w:t>三、模块事件</w:t>
      </w:r>
    </w:p>
    <w:p/>
    <w:p>
      <w:pPr>
        <w:pStyle w:val="Heading2"/>
      </w:pPr>
      <w:r>
        <w:t>3.1 卡片推送开始事件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当讲师/助教发起卡片推送时触发，包含卡片的详细信息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PushCardEvents.PushStart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cardData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PushCardData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watchCore.pushCard.eventEmitter.on(PushCardEvents.PushStart, (data) =&gt; {</w:t>
        <w:br/>
        <w:t xml:space="preserve">  console.log('卡片推送开始', data.cardId, data.cardData);</w:t>
        <w:br/>
        <w:t>});</w:t>
      </w:r>
    </w:p>
    <w:p/>
    <w:p>
      <w:pPr>
        <w:pStyle w:val="Heading2"/>
      </w:pPr>
      <w:r>
        <w:t>3.2 取消卡片推送事件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当卡片推送被取消时触发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PushCardEvents.PushCancel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watchCore.pushCard.eventEmitter.on(PushCardEvents.PushCancel, () =&gt; {</w:t>
        <w:br/>
        <w:t xml:space="preserve">  console.log('卡片推送已取消');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