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一、连麦信息改变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连麦信息通过 </w:t>
      </w:r>
      <w:r>
        <w:rPr>
          <w:rFonts w:ascii="Menlo" w:hAnsi="Menlo"/>
          <w:color w:val="444444"/>
          <w:sz w:val="20"/>
        </w:rPr>
        <w:t>connectMic.getConnectMicInfo()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获取，当连麦信息改变时会触发该事件。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ConnectMicStoreInfo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watchCore.connectMic.eventEmitter.on(ConnectMicEvents.ConnectMicInfoChange, () =&gt; {</w:t>
        <w:br/>
        <w:t xml:space="preserve">  const connectMicInfo = watchCore.connectMic.getConnectMicInfo();</w:t>
        <w:br/>
        <w:t xml:space="preserve">  console.log('连麦信息更新', connectMicInfo);</w:t>
        <w:br/>
        <w:t>});</w:t>
      </w:r>
    </w:p>
    <w:p/>
    <w:p>
      <w:pPr>
        <w:pStyle w:val="Heading1"/>
      </w:pPr>
      <w:r>
        <w:t>二、讲师开启连麦功能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讲师开启连麦功能后，触发该事件，开启后页面即可显示连麦功能。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ConnectMicEvents.OpenConnectMic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ConnectMicType } from '@polyv/live-watch-miniprogram-sdk';</w:t>
        <w:br/>
        <w:t>watchCore.connectMic.eventEmitter.on(ConnectMicEvents.OpenConnectMic, (data) =&gt; {</w:t>
        <w:br/>
        <w:t xml:space="preserve">  const type = data.type === ConnectMicType.Video ? '视频' : '音频';</w:t>
        <w:br/>
        <w:t xml:space="preserve">  toast.info(`讲师开启了${type}连麦，赶快和主播连麦互动吧～`);</w:t>
        <w:br/>
        <w:t>});</w:t>
      </w:r>
    </w:p>
    <w:p/>
    <w:p>
      <w:pPr>
        <w:pStyle w:val="Heading1"/>
      </w:pPr>
      <w:r>
        <w:t>三、讲师关闭连麦功能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讲师关闭连麦功能后触发该事件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ConnectMicEvents.CloseConnectMic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ConnectMicType } from '@polyv/live-watch-miniprogram-sdk';</w:t>
        <w:br/>
        <w:t>watchCore.connectMic.eventEmitter.on(ConnectMicEvents.CloseConnectMic, (data) =&gt; {</w:t>
        <w:br/>
        <w:t xml:space="preserve">  const type = data.type === ConnectMicType.Video ? '视频' : '音频';</w:t>
        <w:br/>
        <w:t xml:space="preserve">  toast.info(`讲师已结束${type}连麦`);</w:t>
        <w:br/>
        <w:t>});</w:t>
      </w:r>
    </w:p>
    <w:p/>
    <w:p>
      <w:pPr>
        <w:pStyle w:val="Heading1"/>
      </w:pPr>
      <w:r>
        <w:t>四、连麦状态更新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连麦状态更新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五、连麦列表修改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当观众上下麦或用户流加入/退出后，连麦列表改变，通过该事件监听连麦用户列表更新。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ConnectMicEvents.ConnectMicDataChange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micDatas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ConnectMicItemData[]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watchCore.connectMic.eventEmitter.on(ConnectMicEvents.ConnectMicDataChange, () =&gt; {</w:t>
        <w:br/>
        <w:t xml:space="preserve">  const connectMicList = watchCore.connectMic.getMicDatas();</w:t>
        <w:br/>
        <w:t xml:space="preserve">  console.log('连麦用户列表更新', connectMicList);</w:t>
        <w:br/>
        <w:t>});</w:t>
      </w:r>
    </w:p>
    <w:p/>
    <w:p>
      <w:pPr>
        <w:pStyle w:val="Heading1"/>
      </w:pPr>
      <w:r>
        <w:t>六、讲师挂断当前连麦者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当讲师挂断当前连麦用户，连麦模块将回调该事件。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ConnectMicEvents.TeacherHangUp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watchCore.connectMic.eventEmitter.on(ConnectMicEvents.TeacherHangUp, () =&gt; {</w:t>
        <w:br/>
        <w:t xml:space="preserve">  toast.info('讲师已挂断你的连麦');</w:t>
        <w:br/>
        <w:t>});</w:t>
      </w:r>
    </w:p>
    <w:p/>
    <w:p>
      <w:pPr>
        <w:pStyle w:val="Heading1"/>
      </w:pPr>
      <w:r>
        <w:t>七、连麦人数到达上限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观众点击同意邀请上麦时，可能因连麦人数到达上限而连麦失败，通过该事件监听并页面提示。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ConnectMicEvents.ConnectMicOverLimit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watchCore.connectMic.eventEmitter.on(ConnectMicEvents.ConnectMicOverLimit, () =&gt; {</w:t>
        <w:br/>
        <w:t xml:space="preserve">  toast.error('连麦失败，连麦人数已到达上限');</w:t>
        <w:br/>
        <w:t>});</w:t>
      </w:r>
    </w:p>
    <w:p/>
    <w:p>
      <w:pPr>
        <w:pStyle w:val="Heading1"/>
      </w:pPr>
      <w:r>
        <w:t>八、当前主讲状态改变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当讲师授予/撤销当前连麦用户的主讲权限时触发该事件。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ConnectMicEvents.CurrentSpeakerStatusChanged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currentIsSpeaker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当前用户是否为主讲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watchCore.connectMic.eventEmitter.on(ConnectMicEvents.CurrentSpeakerStatusChanged, (data) =&gt; {</w:t>
        <w:br/>
        <w:t xml:space="preserve">  if (data.currentIsSpeaker) {</w:t>
        <w:br/>
        <w:t xml:space="preserve">    toast.info('讲师已授予您主讲权限');</w:t>
        <w:br/>
        <w:t xml:space="preserve">  } else {</w:t>
        <w:br/>
        <w:t xml:space="preserve">    toast.info('讲师已收回您的主讲权限');</w:t>
        <w:br/>
        <w:t xml:space="preserve">  }</w:t>
        <w:br/>
        <w:t>});</w:t>
      </w:r>
    </w:p>
    <w:p/>
    <w:p>
      <w:pPr>
        <w:pStyle w:val="Heading1"/>
      </w:pPr>
      <w:r>
        <w:t>九、讲师同意连麦申请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观众申请连麦，讲师同意连麦申请后触发该事件。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ConnectMicEvents.AllowConnectMicApply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watchCore.connectMic.eventEmitter.on(ConnectMicEvents.AllowConnectMicApply, (data) =&gt; {</w:t>
        <w:br/>
        <w:t xml:space="preserve">  toast.success('讲师已同意你的连麦申请');</w:t>
        <w:br/>
        <w:t>});</w:t>
      </w:r>
    </w:p>
    <w:p/>
    <w:p>
      <w:pPr>
        <w:pStyle w:val="Heading1"/>
      </w:pPr>
      <w:r>
        <w:t>十、远端连麦用户麦克风开关改变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ConnectMicEvents.RemoteAudioMuteChange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十一、远端连麦用户摄像头开关改变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ConnectMicEvents.RemoteVideoMuteChange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十二、本地麦克风开关改变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ConnectMicEvents.LocalAudioMuteChange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十三、本地摄像头开关改变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ConnectMicEvents.LocalVideoMuteChange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十四、离开连麦成功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本地连麦流离开后触发该事件，触发后连麦状态为 ConnectMicStatus.NotConnect。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ConnectMicEvents.LeaveConnectMicSuccess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watchCore.connectMic.eventEmitter.on(ConnectMicEvents.LeaveConnectMicSuccess, () =&gt; {</w:t>
        <w:br/>
        <w:t xml:space="preserve">  toast.success('你已下麦');</w:t>
        <w:br/>
        <w:t xml:space="preserve">  const connectMicInfo = watchCore.connectMic.getConnectMicInfo();</w:t>
        <w:br/>
        <w:t xml:space="preserve">  console.log('连麦状态', connectMicInfo.conncetMicStatus); // ConnectMicStatus.NotConnect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