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聊天室模块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聊天室模块(chat)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是一个服务于保利威聊天室服务的模块，包括获取和发送聊天室消息，聊天室用户登录登出，获取在线列表等功能。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该模块基于保利威的 </w:t>
      </w:r>
      <w:r>
        <w:rPr>
          <w:rFonts w:ascii="Menlo" w:hAnsi="Menlo"/>
          <w:color w:val="444444"/>
          <w:sz w:val="20"/>
        </w:rPr>
        <w:t>聊天室SDK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实现，并通过 </w:t>
      </w:r>
      <w:r>
        <w:rPr>
          <w:rFonts w:ascii="Menlo" w:hAnsi="Menlo"/>
          <w:color w:val="444444"/>
          <w:sz w:val="20"/>
        </w:rPr>
        <w:t>WebSocket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的方式来实现客户端与服务端的通信。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getChatInfo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getChatSetting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获取聊天室设置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getChatHistory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获取聊天历史消息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getRealtimeLikes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获取实时的点赞数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sendLike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发送点赞数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getEmotionImages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获取表情图片列表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sendSpeakMsg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发送文本消息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sendImageMsg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发送图片消息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sendEmotionImageMsg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发送表情图片消息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sendSystemMsg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发送系统消息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getFullMessage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获取超长消息的完整文本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getOnlineUserCount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获取聊天室的实时在线人数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parseSpeakContent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转换发言内容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getEmotionFaceList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获取黄脸表情列表数据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splitTextAndEmotion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切割聊天消息的文本和表情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ChatEvents.ChatInfoChange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聊天室信息修改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ChatEvents.ChatConnectFail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聊天室连接失败事件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ChatEvents.ReplaceChatMessage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替换聊天消息事件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ChatEvents.ChatLike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ChatEvents.ChatLikeCountChange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点赞数修改事件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ChatEvents.ChatUserLogin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聊天室用户登录事件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ChatEvents.ChatUserLogout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聊天室用户登出事件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ChatEvents.CurrentUserRelogin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当前用户重复登录事件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ChatEvents.ClearMsgHistory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清空聊天室事件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ChatEvents.RemoveChatMsg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删除某条消息事件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ChatEvents.CloseChatRoom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聊天室关闭事件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ChatEvents.OpenChatRoom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聊天室开启事件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ChatEvents.OnlineUserCountChange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在线人数改变事件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聊天室模块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