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一、聊天室信息修改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ChatModuleInfo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二、聊天室连接失败事件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当断网或其他因素导致聊天室链接失败时触发该事件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ChatEvents.ChatConnectFail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连接失败原因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ChatConnectFailReason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watchCore.chat.eventEmitter.on(ChatEvents.ChatConnectFail, (data) =&gt; {</w:t>
        <w:br/>
        <w:t xml:space="preserve">  confirm({</w:t>
        <w:br/>
        <w:t xml:space="preserve">    message: '聊天室连接失败，无法与其他人互动，立即刷新重试？',</w:t>
        <w:br/>
        <w:t xml:space="preserve">    onConfirm: () =&gt; location.reload(),</w:t>
        <w:br/>
        <w:t xml:space="preserve">  });</w:t>
        <w:br/>
        <w:t>});</w:t>
      </w:r>
    </w:p>
    <w:p/>
    <w:p>
      <w:pPr>
        <w:pStyle w:val="Heading1"/>
      </w:pPr>
      <w:r>
        <w:t>三、聊天消息事件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当收到聊天消息后触发该事件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ChatEvents.ChatMessage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聊天消息对象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聊天消息列表</w:t>
        <w:br/>
        <w:t>const chatMsgList: ChatMsgType[] = [];</w:t>
        <w:br/>
        <w:br/>
        <w:t>// 聊天消息事件</w:t>
        <w:br/>
        <w:t>watchCore.chat.eventEmitter.on(ChatEvents.ChatMessage, (data) =&gt; {</w:t>
        <w:br/>
        <w:t>// 插入到聊天消息列表</w:t>
        <w:br/>
        <w:t xml:space="preserve">  chatMsgList.push(data.chatMsg);</w:t>
        <w:br/>
        <w:t xml:space="preserve">  // 渲染聊天消息...</w:t>
        <w:br/>
        <w:t>});</w:t>
      </w:r>
    </w:p>
    <w:p/>
    <w:p>
      <w:pPr>
        <w:pStyle w:val="Heading1"/>
      </w:pPr>
      <w:r>
        <w:t>四、替换聊天消息事件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当调用 </w:t>
      </w:r>
      <w:r>
        <w:rPr>
          <w:rFonts w:ascii="Menlo" w:hAnsi="Menlo"/>
          <w:color w:val="444444"/>
          <w:sz w:val="20"/>
        </w:rPr>
        <w:t>sendSpeakMsg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等发送消息方法中，发送到服务端前就会回调 </w:t>
      </w:r>
      <w:r>
        <w:rPr>
          <w:rFonts w:ascii="Menlo" w:hAnsi="Menlo"/>
          <w:color w:val="444444"/>
          <w:sz w:val="20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事件，此时消息 id 为本地 id，发送到服务端并回调了消息 id 后触发该事件，收到该消息后根据 id 更新成新的消息对象和渲染信息。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另外发送图片消息如果服务端检测到违规图后也通过该事件更新。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ChatEvents.ReplaceChatMessage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替换的消息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新的消息对象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watchCore.chat.eventEmitter.on(ChatEvents.ReplaceChatMessage, (data) =&gt; {</w:t>
        <w:br/>
        <w:t xml:space="preserve">  // 需要被替换的消息 id</w:t>
        <w:br/>
        <w:t xml:space="preserve">  const replaceId = data.id;</w:t>
        <w:br/>
        <w:t xml:space="preserve">  // 新的消息对象</w:t>
        <w:br/>
        <w:t xml:space="preserve">  const chatMsg = data.chatMsg;</w:t>
        <w:br/>
        <w:br/>
        <w:t xml:space="preserve">  const index = chatMsgList.findIndex((item) =&gt; item.id === replaceId);</w:t>
        <w:br/>
        <w:t xml:space="preserve">  if (index !== -1) {</w:t>
        <w:br/>
        <w:t xml:space="preserve">    chatMsgList[index] = chatMsg;</w:t>
        <w:br/>
        <w:t xml:space="preserve">  }</w:t>
        <w:br/>
        <w:t xml:space="preserve">  // 将视图的消息节点替换...</w:t>
        <w:br/>
        <w:t>});</w:t>
      </w:r>
    </w:p>
    <w:p/>
    <w:p>
      <w:pPr>
        <w:pStyle w:val="Heading1"/>
      </w:pPr>
      <w:r>
        <w:t>五、点赞事件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通过该事件监听用户的点赞事件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ChatEvents.ChatLike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realtimeLikes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isSelf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是否自己点赞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watchCore.chat.eventEmitter.on(ChatEvents.ChatLike, (data) =&gt; {</w:t>
        <w:br/>
        <w:t xml:space="preserve">  console.log('实时点赞数：', data.realtimeLikes);</w:t>
        <w:br/>
        <w:t xml:space="preserve">  console.log('该观众的点赞次数', data.count);</w:t>
        <w:br/>
        <w:t xml:space="preserve">  console.log('点赞的观众 id', data.userId);</w:t>
        <w:br/>
        <w:t xml:space="preserve">  console.log('点赞的观众昵称', data.nick);</w:t>
        <w:br/>
        <w:t>});</w:t>
      </w:r>
    </w:p>
    <w:p/>
    <w:p>
      <w:pPr>
        <w:pStyle w:val="Heading1"/>
      </w:pPr>
      <w:r>
        <w:t>六、点赞数修改事件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通过该事件监听点赞数改变事件，回调后更新页面的点赞数显示。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ChatEvents.ChatLikeCountChange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realtimeLikes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watchCore.chat.eventEmitter.on(ChatEvents.ChatLikeCountChange, (data) =&gt; {</w:t>
        <w:br/>
        <w:t xml:space="preserve">  console.log('实时点赞数：', data.realtimeLikes);</w:t>
        <w:br/>
        <w:t>});</w:t>
      </w:r>
    </w:p>
    <w:p/>
    <w:p>
      <w:pPr>
        <w:pStyle w:val="Heading1"/>
      </w:pPr>
      <w:r>
        <w:t>七、聊天室用户登录事件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有观众进入聊天室后触发该事件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ChatEvents.ChatUserLogin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watchCore.chat.eventEmitter.on(ChatEvents.ChatUserLogin, (data) =&gt; {</w:t>
        <w:br/>
        <w:t xml:space="preserve">  const user = data.user;</w:t>
        <w:br/>
        <w:t xml:space="preserve">  toast.info(`欢迎 ${user.nick} 进入`);</w:t>
        <w:br/>
        <w:t>});</w:t>
      </w:r>
    </w:p>
    <w:p/>
    <w:p>
      <w:pPr>
        <w:pStyle w:val="Heading1"/>
      </w:pPr>
      <w:r>
        <w:t>八、聊天室用户登出事件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当观众退出聊天室后触发该事件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ChatEvents.ChatUserLogout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watchCore.chat.eventEmitter.on(ChatEvents.ChatUserLogout, (data) =&gt; {</w:t>
        <w:br/>
        <w:t xml:space="preserve">  const userId = data.userId;</w:t>
        <w:br/>
        <w:t xml:space="preserve">  console.log('退出的用户 id', userId);</w:t>
        <w:br/>
        <w:t>});</w:t>
      </w:r>
    </w:p>
    <w:p/>
    <w:p>
      <w:pPr>
        <w:pStyle w:val="Heading1"/>
      </w:pPr>
      <w:r>
        <w:t>九、当前用户重复登录事件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当用户重复登录聊天室时触发该事件，触发后当前页面将无法接收到任何聊天室消息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ChatEvents.CurrentUserRelogin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watchCore.chat.eventEmitter.on(ChatEvents.CurrentUserRelogin, (data) =&gt; {</w:t>
        <w:br/>
        <w:t xml:space="preserve">  toast.errot('您已在其他地方登录，3 秒后将推出该页面');</w:t>
        <w:br/>
        <w:t xml:space="preserve">  setTimeout(() =&gt; {</w:t>
        <w:br/>
        <w:t xml:space="preserve">    location.replace('跳出到页面地址');</w:t>
        <w:br/>
        <w:t xml:space="preserve">  }, 3000);</w:t>
        <w:br/>
        <w:t>});</w:t>
      </w:r>
    </w:p>
    <w:p/>
    <w:p>
      <w:pPr>
        <w:pStyle w:val="Heading1"/>
      </w:pPr>
      <w:r>
        <w:t>十、清空聊天室事件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管理员清空聊天历史记录后触发该事件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ChatEvents.ClearMsgHistory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watchCore.chat.eventEmitter.on(ChatEvents.ClearMsgHistory, () =&gt; {</w:t>
        <w:br/>
        <w:t xml:space="preserve">  console.log('管理员清空历史记录，todo 清空聊天记录列表');</w:t>
        <w:br/>
        <w:t>});</w:t>
      </w:r>
    </w:p>
    <w:p/>
    <w:p>
      <w:pPr>
        <w:pStyle w:val="Heading1"/>
      </w:pPr>
      <w:r>
        <w:t>十一、删除某条消息事件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管理员删除某条历史消息后触发该事件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ChatEvents.RemoveChatMsg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删除的消息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watchCore.chat.eventEmitter.on(ChatEvents.RemoveChatMsg, (data) =&gt; {</w:t>
        <w:br/>
        <w:t xml:space="preserve">  console.log('管理员删除历史消息，删除的消息 id：', data.id);</w:t>
        <w:br/>
        <w:t>});</w:t>
      </w:r>
    </w:p>
    <w:p/>
    <w:p>
      <w:pPr>
        <w:pStyle w:val="Heading1"/>
      </w:pPr>
      <w:r>
        <w:t>十二、聊天室关闭事件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讲师或管理员关闭聊天室后触发该事件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ChatEvents.CloseChatRoom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watchCore.chat.eventEmitter.on(ChatEvents.CloseChatRoom, () =&gt; {</w:t>
        <w:br/>
        <w:t xml:space="preserve">  watchCore.chat.sendSystemMsg('聊天室已关闭');</w:t>
        <w:br/>
        <w:t>});</w:t>
      </w:r>
    </w:p>
    <w:p/>
    <w:p>
      <w:pPr>
        <w:pStyle w:val="Heading1"/>
      </w:pPr>
      <w:r>
        <w:t>十三、聊天室开启事件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讲师或管理员开启聊天室后触发该事件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ChatEvents.OpenChatRoom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watchCore.chat.eventEmitter.on(ChatEvents.CloseChatRoom, () =&gt; {</w:t>
        <w:br/>
        <w:t xml:space="preserve">  watchCore.chat.sendSystemMsg('聊天室已打开');</w:t>
        <w:br/>
        <w:t>});</w:t>
      </w:r>
    </w:p>
    <w:p/>
    <w:p>
      <w:pPr>
        <w:pStyle w:val="Heading1"/>
      </w:pPr>
      <w:r>
        <w:t>十四、在线人数改变事件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当观众上线/下线时，会回调该事件用于实时获取在线人数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ChatEvents.OnlineUserCountChange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onlineUserCount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watchCore.chat.eventEmitter.on(ChatEvents.OnlineUserCountChange, (data) =&gt; {</w:t>
        <w:br/>
        <w:t xml:space="preserve">  console.log('在线人数改变：', data.onlineUserCount);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