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频道模块</w:t>
      </w:r>
    </w:p>
    <w:p>
      <w:r>
        <w:rPr>
          <w:rFonts w:ascii="Menlo" w:hAnsi="Menlo"/>
          <w:color w:val="444444"/>
          <w:sz w:val="20"/>
        </w:rPr>
        <w:t>频道模块(channel)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是一个服务于保利威频道功能的模块，包括获取频道设置，获取频道最新的推流信息、获取直播状态等。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getChannelBasicInfo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获取频道基础信息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getChannelScene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getPromoteId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获取渠道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获取频道直播场次号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getLiveStatus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获取频道直播状态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removeLiveStatusPolling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关闭直播状态轮训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startLiveStatusPolling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开始直播状态轮训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getPageViewCount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获取观看页浏览次数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startPageViewPolling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开启观看页浏览次数请求轮询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stopPageViewPolling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停止观看页浏览次数请求轮询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getPushInfo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获取推流信息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getWatchSetting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获取观看页设置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getLayoutSetting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获取频道布局设置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getThemeSetting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获取频道皮肤主题设置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getTeacherInfo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获取讲师信息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getPageViewSetting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获取浏览次数设置信息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getCountdownSetting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获取直播倒计时设置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getShareInfo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获取分享信息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ChannelEvents.LiveStatusChange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直播状态改变事件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ChannelEvents.SessionIdChange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场次号改变事件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