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模块事件</w:t>
      </w:r>
    </w:p>
    <w:p/>
    <w:p/>
    <w:p>
      <w:pPr>
        <w:pStyle w:val="Heading1"/>
      </w:pPr>
      <w:r>
        <w:t>一、直播状态改变事件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说明：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当主播开始/结束直播后，频道的直播状态都会改变，通过该事件监听直播状态改变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Event 事件：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ChannelEvents.LiveStatusChange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回调参数：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Object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对象，详细类型说明如下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属性名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liveStatus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新的直播状态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LiveStatus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watchCore.channel.eventEmitter.on(ChannelEvents.LiveStatusChange, (data) =&gt; {</w:t>
        <w:br/>
        <w:t xml:space="preserve">  console.log('频道状态改变，新状态：', data.liveStatus);</w:t>
        <w:br/>
        <w:t>});</w:t>
      </w:r>
    </w:p>
    <w:p/>
    <w:p>
      <w:pPr>
        <w:pStyle w:val="Heading1"/>
      </w:pPr>
      <w:r>
        <w:t>二、场次号改变事件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说明：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主播开次新的一次直播后，都会生成一个新的直播场次号，可以通过频道模块的该事件监听直播场次号改变。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Event 事件：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ChannelEvents.SessionIdChange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回调参数：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Object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对象，详细类型说明如下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属性名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sessionId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新的场次号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string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watchCore.channel.eventEmitter.on(ChannelEvents.LiveStatusChange, (data) =&gt; {</w:t>
        <w:br/>
        <w:t xml:space="preserve">  console.log('频道状态改变，新状态：', data.liveStatus);</w:t>
        <w:br/>
        <w:t>});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模块事件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