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本文档主要讲述 </w:t>
      </w:r>
      <w:r>
        <w:rPr>
          <w:rFonts w:ascii="Menlo" w:hAnsi="Menlo"/>
          <w:color w:val="444444"/>
          <w:sz w:val="20"/>
        </w:rPr>
        <w:t>频道模块(channel)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提供的频道信息获取相关的 API 文档，详细内容见下文：</w:t>
      </w:r>
    </w:p>
    <w:p>
      <w:pPr>
        <w:pStyle w:val="Heading1"/>
      </w:pPr>
      <w:r>
        <w:t>一、频道信息</w:t>
      </w:r>
    </w:p>
    <w:p/>
    <w:p>
      <w:pPr>
        <w:pStyle w:val="Heading2"/>
      </w:pPr>
      <w:r>
        <w:t>1.1 获取频道基础信息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根据语言类型获取频道基础信息（含英文配置），如：频道名称、频道介绍、主持人名称。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getChannelBasicInfo(type?: LanguageType): ChannelBasicInfo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type：语言类型，</w:t>
      </w:r>
      <w:r>
        <w:rPr>
          <w:rFonts w:ascii="Menlo" w:hAnsi="Menlo"/>
          <w:color w:val="444444"/>
          <w:sz w:val="20"/>
        </w:rPr>
        <w:t>LanguageType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'zh_CN'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频道基础信息，</w:t>
      </w:r>
      <w:r>
        <w:rPr>
          <w:rFonts w:ascii="Menlo" w:hAnsi="Menlo"/>
          <w:color w:val="444444"/>
          <w:sz w:val="20"/>
        </w:rPr>
        <w:t>ChannelBasicInfo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频道标题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频道主持人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频道描述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获取频道的基础信息</w:t>
        <w:br/>
        <w:t>const cnBasicInfo = watchCore.channel.getChannelBasicInfo();</w:t>
        <w:br/>
        <w:t>console.log('频道名称', cnBasicInfo.title);</w:t>
        <w:br/>
        <w:t>console.log('频道介绍', cnBasicInfo.description);</w:t>
        <w:br/>
        <w:t>console.log('主持人名称', cnBasicInfo.publisher);</w:t>
        <w:br/>
        <w:br/>
        <w:t>// 获取频道的英文基础信息</w:t>
        <w:br/>
        <w:t>const enBasicInfo = watchCore.channel.getChannelBasicInfo('en');</w:t>
        <w:br/>
        <w:t>console.log('英文频道名称', enBasicInfo.title);</w:t>
      </w:r>
    </w:p>
    <w:p/>
    <w:p>
      <w:pPr>
        <w:pStyle w:val="Heading2"/>
      </w:pPr>
      <w:r>
        <w:t>1.2 获取频道场景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用于判断频道类型，如是否为三分屏的频道，是否为研讨会的频道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getChannelScene(): ChannelScene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ChannelScene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ChannelScene } from '@polyv/live-watch-miniprogram-sdk';</w:t>
        <w:br/>
        <w:t>const scene = watchCore.channel.getChannelScene();</w:t>
        <w:br/>
        <w:t>const isAloneChannel = scene === ChannelScene.Alone; // 普通直播频道</w:t>
        <w:br/>
        <w:t>const isPptChannel = scene === ChannelScene.Ppt; // 三分屏频道</w:t>
        <w:br/>
        <w:t>const isSeminarChannel = scene === ChannelScene.Seminar; // 研讨会频道</w:t>
      </w:r>
    </w:p>
    <w:p>
      <w:pPr>
        <w:pStyle w:val="Heading1"/>
      </w:pPr>
      <w:r>
        <w:t>二、直播状态</w:t>
      </w:r>
    </w:p>
    <w:p/>
    <w:p>
      <w:pPr>
        <w:pStyle w:val="Heading2"/>
      </w:pPr>
      <w:r>
        <w:t>2.1 频道直播状态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LiveStatus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'live'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LiveStatus.Live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'waiting'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LiveStatus.Waiting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'end'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LiveStatus.End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已结束，无直播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'playback'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LiveStatus.Playback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'stop'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LiveStatus.Stop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直播暂停中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'unStart'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LiveStatus.UnStart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未开始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2.2 直播状态改变事件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当主播开始/结束直播后，频道的直播状态都会改变，通过该事件监听直播状态改变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ChannelEvents.LiveStatusChange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新的直播状态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watchCore.channel.eventEmitter.on(ChannelEvents.LiveStatusChange, (data) =&gt; {</w:t>
        <w:br/>
        <w:t xml:space="preserve">  console.log('频道状态改变，新状态：', data.liveStatus);</w:t>
        <w:br/>
        <w:t>});</w:t>
      </w:r>
    </w:p>
    <w:p/>
    <w:p>
      <w:pPr>
        <w:pStyle w:val="Heading2"/>
      </w:pPr>
      <w:r>
        <w:t>2.3 获取频道直播状态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用于获取频道当前的直播状态，通过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ChannelEvents.LiveStatusChange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事件监听直播状态更改事件。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getLiveStatus(): LiveStatus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LiveStatus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LiveStatus } from '@polyv/live-watch-miniprogram-sdk';</w:t>
        <w:br/>
        <w:br/>
        <w:t>watchCore.channel.eventEmitter.on(ChannelEvents.LiveStatusChange, () =&gt; {</w:t>
        <w:br/>
        <w:t xml:space="preserve">  const liveStatus = watchCore.channel.getLiveStatus();</w:t>
        <w:br/>
        <w:t xml:space="preserve">  console.log('是否正在直播', liveStatus === LiveStatus.Live);</w:t>
        <w:br/>
        <w:t>});</w:t>
      </w:r>
    </w:p>
    <w:p/>
    <w:p>
      <w:pPr>
        <w:pStyle w:val="Heading2"/>
      </w:pPr>
      <w:r>
        <w:t>2.4 场次号改变事件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主播开次新的一次直播后，都会生成一个新的直播场次号，可以通过频道模块的该事件监听直播场次号改变。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ChannelEvents.SessionIdChange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新的场次号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watchCore.channel.eventEmitter.on(ChannelEvents.LiveStatusChange, (data) =&gt; {</w:t>
        <w:br/>
        <w:t xml:space="preserve">  console.log('频道状态改变，新状态：', data.liveStatus);</w:t>
        <w:br/>
        <w:t>});</w:t>
      </w:r>
    </w:p>
    <w:p/>
    <w:p>
      <w:pPr>
        <w:pStyle w:val="Heading2"/>
      </w:pPr>
      <w:r>
        <w:t>2.5 获取频道直播场次号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getCurrentSessionId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方法获取当前频道的最新场次号。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getCurrentSessionId():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最新场次号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currentSessionId = watchCore.channel.getCurrentSessionId();</w:t>
        <w:br/>
        <w:t>console.log('频道最新场次号', currentSessionId);</w:t>
      </w:r>
    </w:p>
    <w:p/>
    <w:p>
      <w:pPr>
        <w:pStyle w:val="Heading2"/>
      </w:pPr>
      <w:r>
        <w:t>2.6 关闭直播状态轮训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removeLiveStatusPolling(pollingId: string):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pollingId：轮训 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/>
    <w:p>
      <w:pPr>
        <w:pStyle w:val="Heading2"/>
      </w:pPr>
      <w:r>
        <w:t>2.7 开始直播状态轮训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startLiveStatusPolling(pollingId?: string):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pollingId：轮训 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...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pollingId</w:t>
      </w:r>
    </w:p>
    <w:p>
      <w:pPr>
        <w:pStyle w:val="Heading1"/>
      </w:pPr>
      <w:r>
        <w:t>三、推流信息</w:t>
      </w:r>
    </w:p>
    <w:p/>
    <w:p>
      <w:pPr>
        <w:pStyle w:val="Heading2"/>
      </w:pPr>
      <w:r>
        <w:t>3.1 获取推流信息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用于获取当前频道的最新推流信息，如流的尺寸、推流类型等。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getPushInfo():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isNewGuide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是否导播台推流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resolutionWidth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resolutionHeight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StreamType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pushInfo = await watchCore.channel.getPushInfo();</w:t>
        <w:br/>
        <w:t>console.log('流宽度', pushInfo.resolutionWidth);</w:t>
        <w:br/>
        <w:t>console.log('流高度', pushInfo.resolutionHeight);</w:t>
        <w:br/>
        <w:t>console.log('推流类型', pushInfo.streamType);</w:t>
      </w:r>
    </w:p>
    <w:p>
      <w:pPr>
        <w:pStyle w:val="Heading1"/>
      </w:pPr>
      <w:r>
        <w:t>四、页面浏览次数</w:t>
      </w:r>
    </w:p>
    <w:p>
      <w:pPr>
        <w:pStyle w:val="Heading2"/>
      </w:pPr>
      <w:r>
        <w:t>4.1 获取频道基础信息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根据语言类型获取频道基础信息（含英文配置），如：频道名称、频道介绍、主持人名称。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getChannelBasicInfo(type?: LanguageType): ChannelBasicInfo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type：语言类型，</w:t>
      </w:r>
      <w:r>
        <w:rPr>
          <w:rFonts w:ascii="Menlo" w:hAnsi="Menlo"/>
          <w:color w:val="444444"/>
          <w:sz w:val="20"/>
        </w:rPr>
        <w:t>LanguageType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'zh_CN'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频道基础信息，</w:t>
      </w:r>
      <w:r>
        <w:rPr>
          <w:rFonts w:ascii="Menlo" w:hAnsi="Menlo"/>
          <w:color w:val="444444"/>
          <w:sz w:val="20"/>
        </w:rPr>
        <w:t>ChannelBasicInfo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频道标题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频道主持人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频道描述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获取频道的基础信息</w:t>
        <w:br/>
        <w:t>const cnBasicInfo = watchCore.channel.getChannelBasicInfo();</w:t>
        <w:br/>
        <w:t>console.log('频道名称', cnBasicInfo.title);</w:t>
        <w:br/>
        <w:t>console.log('频道介绍', cnBasicInfo.description);</w:t>
        <w:br/>
        <w:t>console.log('主持人名称', cnBasicInfo.publisher);</w:t>
        <w:br/>
        <w:br/>
        <w:t>// 获取频道的英文基础信息</w:t>
        <w:br/>
        <w:t>const enBasicInfo = watchCore.channel.getChannelBasicInfo('en');</w:t>
        <w:br/>
        <w:t>console.log('英文频道名称', enBasicInfo.title);</w:t>
      </w:r>
    </w:p>
    <w:p>
      <w:pPr>
        <w:pStyle w:val="Heading2"/>
      </w:pPr>
      <w:r>
        <w:t>4.2 获取频道场景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用于判断频道类型，如是否为三分屏的频道，是否为研讨会的频道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getChannelScene(): ChannelScene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ChannelScene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ChannelScene } from '@polyv/live-watch-miniprogram-sdk';</w:t>
        <w:br/>
        <w:t>const scene = watchCore.channel.getChannelScene();</w:t>
        <w:br/>
        <w:t>const isAloneChannel = scene === ChannelScene.Alone; // 普通直播频道</w:t>
        <w:br/>
        <w:t>const isPptChannel = scene === ChannelScene.Ppt; // 三分屏频道</w:t>
        <w:br/>
        <w:t>const isSeminarChannel = scene === ChannelScene.Seminar; // 研讨会频道</w:t>
      </w:r>
    </w:p>
    <w:p/>
    <w:p>
      <w:pPr>
        <w:pStyle w:val="Heading2"/>
      </w:pPr>
      <w:r>
        <w:t>4.3 获取渠道 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通过后台设置的渠道进入观看页后，在创建观看页 SDK 实例时传入 </w:t>
      </w:r>
      <w:r>
        <w:rPr>
          <w:rFonts w:ascii="Menlo" w:hAnsi="Menlo"/>
          <w:color w:val="444444"/>
          <w:sz w:val="20"/>
        </w:rPr>
        <w:t>promoteId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渠道号配置，可通过该方法获取当前观众的渠道 id，用作其他处理。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getPromoteId(): undefined |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createWatchCore } from '@polyv/live-watch-miniprogram-sdk';</w:t>
        <w:br/>
        <w:t>const watchCore = createWatchCore({</w:t>
        <w:br/>
        <w:t xml:space="preserve">  channelId: '频道号',</w:t>
        <w:br/>
        <w:t xml:space="preserve">  promoteId: '渠道号',</w:t>
        <w:br/>
        <w:t>});</w:t>
        <w:br/>
        <w:br/>
        <w:t>// 需要重新获取渠道号时</w:t>
        <w:br/>
        <w:t>const promoteId = watchCore.channel.getPromoteId();</w:t>
      </w:r>
    </w:p>
    <w:p>
      <w:pPr>
        <w:pStyle w:val="Heading2"/>
      </w:pPr>
      <w:r>
        <w:t>4.4 获取频道直播场次号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getCurrentSessionId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方法获取当前频道的最新场次号。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getCurrentSessionId():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最新场次号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currentSessionId = watchCore.channel.getCurrentSessionId();</w:t>
        <w:br/>
        <w:t>console.log('频道最新场次号', currentSessionId);</w:t>
      </w:r>
    </w:p>
    <w:p>
      <w:pPr>
        <w:pStyle w:val="Heading2"/>
      </w:pPr>
      <w:r>
        <w:t>4.5 获取频道直播状态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用于获取频道当前的直播状态，通过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ChannelEvents.LiveStatusChange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事件监听直播状态更改事件。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getLiveStatus(): LiveStatus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LiveStatus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LiveStatus } from '@polyv/live-watch-miniprogram-sdk';</w:t>
        <w:br/>
        <w:br/>
        <w:t>watchCore.channel.eventEmitter.on(ChannelEvents.LiveStatusChange, () =&gt; {</w:t>
        <w:br/>
        <w:t xml:space="preserve">  const liveStatus = watchCore.channel.getLiveStatus();</w:t>
        <w:br/>
        <w:t xml:space="preserve">  console.log('是否正在直播', liveStatus === LiveStatus.Live);</w:t>
        <w:br/>
        <w:t>});</w:t>
      </w:r>
    </w:p>
    <w:p>
      <w:pPr>
        <w:pStyle w:val="Heading2"/>
      </w:pPr>
      <w:r>
        <w:t>4.6 关闭直播状态轮训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removeLiveStatusPolling(pollingId: string):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pollingId：轮训 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pPr>
        <w:pStyle w:val="Heading2"/>
      </w:pPr>
      <w:r>
        <w:t>4.7 开始直播状态轮训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startLiveStatusPolling(pollingId?: string):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pollingId：轮训 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...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pollingId</w:t>
      </w:r>
    </w:p>
    <w:p/>
    <w:p>
      <w:pPr>
        <w:pStyle w:val="Heading2"/>
      </w:pPr>
      <w:r>
        <w:t>4.8 获取观看页浏览次数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如果不需要轮询通机制来更新浏览次数，可调用 </w:t>
      </w:r>
      <w:r>
        <w:rPr>
          <w:rFonts w:ascii="Menlo" w:hAnsi="Menlo"/>
          <w:color w:val="444444"/>
          <w:sz w:val="20"/>
        </w:rPr>
        <w:t>getPageViewCount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方法来重新获取观众进入页面时的浏览次数。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getPageViewCount(): number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pageViewCount = await watchCore.channel.getPageViewCount();</w:t>
        <w:br/>
        <w:t>console.log('页面浏览次数', pageViewCount);</w:t>
      </w:r>
    </w:p>
    <w:p/>
    <w:p>
      <w:pPr>
        <w:pStyle w:val="Heading2"/>
      </w:pPr>
      <w:r>
        <w:t>4.9 开启观看页浏览次数请求轮询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用于开启观看页浏览次数接口请求的轮询，在触发回调后更新页面的浏览次数。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startPageViewPolling(callback?: Function):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callback：回调函数，获取每次轮询的浏览次数，</w:t>
      </w:r>
      <w:r>
        <w:rPr>
          <w:rFonts w:ascii="Menlo" w:hAnsi="Menlo"/>
          <w:color w:val="444444"/>
          <w:sz w:val="20"/>
        </w:rPr>
        <w:t>Function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watchCore.channel.startPageViewPolling((pageViewCount: number) =&gt; {</w:t>
        <w:br/>
        <w:t xml:space="preserve">  console.log('页面浏览次数更新：', pageViewCount);</w:t>
        <w:br/>
        <w:t>});</w:t>
      </w:r>
    </w:p>
    <w:p/>
    <w:p>
      <w:pPr>
        <w:pStyle w:val="Heading2"/>
      </w:pPr>
      <w:r>
        <w:t>4.10 停止观看页浏览次数请求轮询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当页面销毁或相关组件销毁时，调用 </w:t>
      </w:r>
      <w:r>
        <w:rPr>
          <w:rFonts w:ascii="Menlo" w:hAnsi="Menlo"/>
          <w:color w:val="444444"/>
          <w:sz w:val="20"/>
        </w:rPr>
        <w:t>stopPageViewPolling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停止轮询器。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stopPageViewPolling():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vue 代码</w:t>
        <w:br/>
        <w:t>export default {</w:t>
        <w:br/>
        <w:t xml:space="preserve">  // 组件销毁前停止定时器</w:t>
        <w:br/>
        <w:t xml:space="preserve">  beforeDestroy() {</w:t>
        <w:br/>
        <w:t xml:space="preserve">    watchCore.channel.stopPageViewPolling();</w:t>
        <w:br/>
        <w:t xml:space="preserve">  }</w:t>
        <w:br/>
        <w:t>};</w:t>
      </w:r>
    </w:p>
    <w:p>
      <w:pPr>
        <w:pStyle w:val="Heading2"/>
      </w:pPr>
      <w:r>
        <w:t>4.11 获取推流信息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用于获取当前频道的最新推流信息，如流的尺寸、推流类型等。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getPushInfo():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isNewGuide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是否导播台推流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resolutionWidth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resolutionHeight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StreamType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pushInfo = await watchCore.channel.getPushInfo();</w:t>
        <w:br/>
        <w:t>console.log('流宽度', pushInfo.resolutionWidth);</w:t>
        <w:br/>
        <w:t>console.log('流高度', pushInfo.resolutionHeight);</w:t>
        <w:br/>
        <w:t>console.log('推流类型', pushInfo.streamType);</w:t>
      </w:r>
    </w:p>
    <w:p/>
    <w:p>
      <w:pPr>
        <w:pStyle w:val="Heading2"/>
      </w:pPr>
      <w:r>
        <w:t>4.12 获取观看页设置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用于获取管理后台设置的观看页设置信息。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getWatchSetting(): ChannelWatchSetting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频道观看页设置，</w:t>
      </w:r>
      <w:r>
        <w:rPr>
          <w:rFonts w:ascii="Menlo" w:hAnsi="Menlo"/>
          <w:color w:val="444444"/>
          <w:sz w:val="20"/>
        </w:rPr>
        <w:t>ChannelWatchSetting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移动端观看页开关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watchCore.channel.getWatchSetting();</w:t>
        <w:br/>
        <w:t>if (!setting.watchEnabled) { alert('当前观看页暂未开放'); }</w:t>
        <w:br/>
        <w:t>if (isMobile &amp;&amp; !setting.mobileWatchEnabled) { alert('暂不支持移动端观看'); }</w:t>
      </w:r>
    </w:p>
    <w:p/>
    <w:p>
      <w:pPr>
        <w:pStyle w:val="Heading2"/>
      </w:pPr>
      <w:r>
        <w:t>4.13 获取频道布局设置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用于获取管理后台的页面布局相关设置。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getLayoutSetting(): ChannelLayoutSetting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频道布局设置，</w:t>
      </w:r>
      <w:r>
        <w:rPr>
          <w:rFonts w:ascii="Menlo" w:hAnsi="Menlo"/>
          <w:color w:val="444444"/>
          <w:sz w:val="20"/>
        </w:rPr>
        <w:t>ChannelLayoutSetting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mainScreenLayoutMode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三分屏主屏幕布局模式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MainScreenLayoutMode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mobileSplashLayout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移动端引导页布局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MobileSplashLayout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mobileWatchLayout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移动端观看页布局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MobileWatchLayout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watchCore.channel.getLayoutSetting();</w:t>
        <w:br/>
        <w:t>console.log('三分屏主屏布局模式：', setting.mainScreenLayoutMode);</w:t>
        <w:br/>
        <w:t>console.log('移动端引导页布局：', setting.mobileSplashLayout);</w:t>
        <w:br/>
        <w:t>console.log('移动端观看页页布局：', setting.mobileWatchLayout);</w:t>
      </w:r>
    </w:p>
    <w:p/>
    <w:p>
      <w:pPr>
        <w:pStyle w:val="Heading2"/>
      </w:pPr>
      <w:r>
        <w:t>4.14 获取频道皮肤主题设置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用于获取管理后台的皮肤主题设置。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getThemeSetting(): ChannelThemeSetting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频道皮肤主题设置，</w:t>
      </w:r>
      <w:r>
        <w:rPr>
          <w:rFonts w:ascii="Menlo" w:hAnsi="Menlo"/>
          <w:color w:val="444444"/>
          <w:sz w:val="20"/>
        </w:rPr>
        <w:t>ChannelThemeSetting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pageSkin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观看页皮肤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ChannelWatchPageSkin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browserFavIcon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浏览器标签页图标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频道图标图片地址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引导页封面图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mobileSplashLargeImg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移动端引导页大图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pcWatchBackgroundImage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 端观看页背景图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mobileChatBackgroundImage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移动端聊天室背景图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mobileChatBackgroundImageAmbiguity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聊天室背景图模糊，0 ～ 100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portraitBackgroundImage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竖屏背景图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portraitBackgroundImageAmbiguity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竖屏背景图透明度，0 ～ 100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watchCore.channel.getThemeSetting();</w:t>
        <w:br/>
        <w:t>console.log('皮肤风格：', setting.pageSkin);</w:t>
        <w:br/>
        <w:t>console.log('直播间图标：', setting.channelCoverImg);</w:t>
      </w:r>
    </w:p>
    <w:p/>
    <w:p>
      <w:pPr>
        <w:pStyle w:val="Heading2"/>
      </w:pPr>
      <w:r>
        <w:t>4.15 获取讲师信息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用于获取当前讲师/主播的信息。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getTeacherInfo(): TeacherInfoType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TeacherInfoType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teacherInfo = watchCore.channel.getTeacherInfo();</w:t>
        <w:br/>
        <w:t>console.log('讲师昵称', teacherInfo.nick);</w:t>
        <w:br/>
        <w:t>console.log('讲师头像', teacherInfo.pic);</w:t>
        <w:br/>
        <w:t>console.log('讲师头衔', teacherInfo.actor);</w:t>
      </w:r>
    </w:p>
    <w:p/>
    <w:p>
      <w:pPr>
        <w:pStyle w:val="Heading2"/>
      </w:pPr>
      <w:r>
        <w:t>4.16 获取浏览次数设置信息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用于获取管理后台设置的页面浏览次数信息。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getPageViewSetting(): PageViewSetting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页面浏览次数设置，</w:t>
      </w:r>
      <w:r>
        <w:rPr>
          <w:rFonts w:ascii="Menlo" w:hAnsi="Menlo"/>
          <w:color w:val="444444"/>
          <w:sz w:val="20"/>
        </w:rPr>
        <w:t>PageViewSetting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pvShowEnabled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页面浏览次数开关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pageViewCount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页面浏览次数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mobilePvShowLocation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移动端页面浏览次数位置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PageViewShowLocation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watchCore.channel.getPageViewSetting();</w:t>
        <w:br/>
        <w:t>console.log('页面浏览次数开关', setting.pvShowEnabled);</w:t>
        <w:br/>
        <w:t>console.log('页面浏览次数', setting.pageViewCount);</w:t>
        <w:br/>
        <w:t>console.log('移动端浏览次数位置', setting.mobilePvShowLocation);</w:t>
      </w:r>
    </w:p>
    <w:p/>
    <w:p>
      <w:pPr>
        <w:pStyle w:val="Heading2"/>
      </w:pPr>
      <w:r>
        <w:t>4.17 获取直播倒计时设置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用于获取后台设置的频道开始时间等设置信息。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getCountdownSetting(): ChannelCountdownSetting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倒计时设置，</w:t>
      </w:r>
      <w:r>
        <w:rPr>
          <w:rFonts w:ascii="Menlo" w:hAnsi="Menlo"/>
          <w:color w:val="444444"/>
          <w:sz w:val="20"/>
        </w:rPr>
        <w:t>ChannelCountdownSetting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直播开始时间，单位：时间戳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countdownEnabled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playbackShowCountdownEnabled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回放时是否显示下一场倒计时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watchCore.channel.getCountdownSetting();</w:t>
        <w:br/>
        <w:t>console.log('开始时间：', setting.liveStartTime);</w:t>
        <w:br/>
        <w:t>console.log('回放下是否显示倒计时：', setting.playbackShowCountdownEnabled);</w:t>
      </w:r>
    </w:p>
    <w:p/>
    <w:p>
      <w:pPr>
        <w:pStyle w:val="Heading2"/>
      </w:pPr>
      <w:r>
        <w:t>4.18 获取分享信息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用于获取当前频道的分享信息，包括是否开启分享、封面图、标题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getShareInfo():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shareEnabled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是否开启分享功能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shareImageUrl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分享封面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shareTitle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shareInfo = await watchCore.channel.getShareInfo();</w:t>
        <w:br/>
        <w:t>console.log('是否开启分享', shareInfo.shareEnabled);</w:t>
        <w:br/>
        <w:t>console.log('分享的封面', shareInfo.shareImageUrl);</w:t>
        <w:br/>
        <w:t>console.log('分享的标题', shareInfo.shareTitle);</w:t>
      </w:r>
    </w:p>
    <w:p>
      <w:pPr>
        <w:pStyle w:val="Heading1"/>
      </w:pPr>
      <w:r>
        <w:t>五、直播开始时间</w:t>
      </w:r>
    </w:p>
    <w:p>
      <w:pPr>
        <w:pStyle w:val="Heading2"/>
      </w:pPr>
      <w:r>
        <w:t>5.1 获取直播倒计时设置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用于获取后台设置的频道开始时间等设置信息。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getCountdownSetting(): ChannelCountdownSetting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倒计时设置，</w:t>
      </w:r>
      <w:r>
        <w:rPr>
          <w:rFonts w:ascii="Menlo" w:hAnsi="Menlo"/>
          <w:color w:val="444444"/>
          <w:sz w:val="20"/>
        </w:rPr>
        <w:t>ChannelCountdownSetting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直播开始时间，单位：时间戳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countdownEnabled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playbackShowCountdownEnabled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回放时是否显示下一场倒计时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watchCore.channel.getCountdownSetting();</w:t>
        <w:br/>
        <w:t>console.log('开始时间：', setting.liveStartTime);</w:t>
        <w:br/>
        <w:t>console.log('回放下是否显示倒计时：', setting.playbackShowCountdownEnabled);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