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观看条件 - 无条件观看</w:t>
      </w:r>
    </w:p>
    <w:p>
      <w:pPr>
        <w:pStyle w:val="Heading1"/>
      </w:pPr>
      <w:r>
        <w:t>一、设置信息</w:t>
      </w:r>
    </w:p>
    <w:p/>
    <w:p>
      <w:pPr>
        <w:pStyle w:val="Heading2"/>
      </w:pPr>
      <w:r>
        <w:t>1.1 无条件观看设置信息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Interface 接口：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AuthSettingItemNone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条件类型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None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二、使用方式</w:t>
      </w:r>
    </w:p>
    <w:p/>
    <w:p>
      <w:pPr>
        <w:pStyle w:val="Heading1"/>
      </w:pPr>
      <w:r>
        <w:t>三、验证无条件观看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当没有设置观看限制且管理后台开启引导页时，需要进行无条件观看验证才可以进入直播观看页。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verifyNoneAuth():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授权结果，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执行无条件授权</w:t>
        <w:br/>
        <w:t>async function toDoAuthNone() {</w:t>
        <w:br/>
        <w:t xml:space="preserve">  const result = await watchCore.auth.verifyNoneAuth();</w:t>
        <w:br/>
        <w:t xml:space="preserve">  if (result.success) {</w:t>
        <w:br/>
        <w:t xml:space="preserve">    await handleAuthVerifySuccess(result);</w:t>
        <w:br/>
        <w:t xml:space="preserve">  } else {</w:t>
        <w:br/>
        <w:t xml:space="preserve">    await handleAuthVerifyFail(result);</w:t>
        <w:br/>
        <w:t xml:space="preserve">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观看条件 - 无条件观看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