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微信观看小程序webview 类目申请资质要求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注意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- 该文档用于接入 微信观看小程序SDK 类目、资质申请指引说明。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- polyv小程序SDK为微信小程序提供了直播播放、点播播放、文档绘制等功能。且提供了一套组件，供用户灵活组合自己的业务逻辑。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- sdk播放直播使用了微信live-player和连麦live-pusher，需要先通过类目审核，再在小程序管理后台，「开发」-「接口设置」中自助开通对应组件权限。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- live-player组件和live-pusher组件相所需类目申请资质要求相同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- 个人认证的微信小程序暂不支持直播业务。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- 本文仅提供参考，详细的微信小程序类目及申请资质要求需以微信最新的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服务类目说明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为准。</w:t>
      </w:r>
    </w:p>
    <w:p>
      <w:pPr>
        <w:ind w:left="283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微信小程序的类目即为微信小程序的服务场景，在小程序后台的 设置 &gt; 基本设置 &gt; 服务类目 中，可以选择符合小程序功能的类目。所选类目需符合小程序的实际应用场景，否则在提交审核后会被驳回申请。</w:t>
      </w:r>
    </w:p>
    <w:p>
      <w:pPr>
        <w:pStyle w:val="Heading1"/>
      </w:pPr>
      <w:r>
        <w:t>媒体组件 live-player 与 live-pusher 所需类目及申请资质一览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小程序直播场景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涉及娱乐性质，如明星直播、生活趣事直播、宠物直播等。选择该类目后首次提交代码审核，需经当地互联网主管机关审核确认，预计审核时长7天左右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类目适用范围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适用于提供在线直播等服务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资质要求（3选1）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1.《信息网络传播视听节目许可证》2.《网络文化经营许可证》（经营范围含网络表演）3.《统一社会信用代码》及《情况说明函件》（适用于政府主体）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小程序直播场景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网课、在线培训、讲座等教育类直播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类目适用范围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适用于教育行业提供，网课、在线培训、讲座等教育类视频/直播等服务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资质要求（5选1）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1.《事业单位法人证书》（适用公立学校）2. 区、县级教育部门颁发的《民办学校办学许可证》（适用培训机构）3.《信息网络传播视听节目许可证》4. 全国校外线上培训管理服务平台备案5. 教育部门的批准文件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小程序直播场景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问诊、大型健康讲座等直播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类目适用范围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适用于互联网医院主体/医疗服务平台提供在线看诊、疾病咨询等线上医疗服务/公立医疗机构提供的就医、健康咨询/问诊、医疗保健信息等服务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资质要求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﻿1.卫生健康部门的《设置医疗机构批准书》2.合作医院的《医疗机构执业许可证》与执业登记机关的审核合格文件﻿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﻿﻿3.《医疗机构执业许可证》与《事业单位法人证书》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小程序直播场景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金融产品视频客服理赔、金融产品推广直播等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类目适用范围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适用于提供银行业务在线服务或交易等服务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资质要求（2选1）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﻿1.《金融许可证》2.《金融机构许可证》﻿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小程序直播场景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金融产品视频客服理赔、金融产品推广直播等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类目适用范围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适用于提供信托理财业务在线服务或交易等服务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资质要求（2选1）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﻿1.《金融许可证》2.《金融机构许可证》﻿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小程序直播场景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金融产品视频客服理赔、金融产品推广直播等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类目适用范围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适用于基金管理公司从事股票、债券等金融工具的投资服务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资质要求（3选1）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﻿1.《经营证券期货业务许可证》且业务范围必须包含“基金”2.《基金托管业务许可证》3.《基金销售业务资格证书》﻿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小程序直播场景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金融产品视频客服理赔、金融产品推广直播等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类目适用范围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仅适用于私募基金展示、介绍、咨询等服务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资质要求（2选1）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﻿1.《私募基金备案证明》2.《私募投资基金管理人登记证书》﻿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小程序直播场景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金融产品视频客服理赔、金融产品推广直播等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类目适用范围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适用于提供证券资讯、证券咨询、证券期货经营等的在线服务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资质要求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《经营证券期货业务许可证》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小程序直播场景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金融产品视频客服理赔、金融产品推广直播等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类目适用范围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适用于提供证券、期货投资等在线咨询服务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资质要求（2选1）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﻿1.《证券投资咨询业务资格证书》2.《经营证券期货业务许可证》﻿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小程序直播场景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金融产品视频客服理赔、金融产品推广直播等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类目适用范围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适用于提供保险业务在线服务或交易等服务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资质要求（8选1）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﻿1.《保险公司法人许可证》2.《经营保险业务许可证》3.《保险营销服务许可证》4.《经营保险代理业务许可证》5.《经营保险经纪业务许可证》6.《经营保险公估业务许可证》或《经营保险公估业务备案》7.《经营保险资产管理业务许可证》8.《保险兼业代理业务许可证》﻿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小程序直播场景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金融产品视频客服理赔、金融产品推广直播等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类目适用范围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适用于银行或征信机构提供征信业务服务，包括：信贷记录、逾期记录、失信人查询等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资质要求（2选1）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﻿1.经营个人征信业务：《个人征信业务经营许可证》、《营业执照》2.经营企业征信业务：经所在地的中国人民银行及其派出机构备案的《企业征信业务经营备案证》、《营业﻿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小程序直播场景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金融产品视频客服理赔、金融产品推广直播等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类目适用范围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适用于提供新三板信息行情资讯等服务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资质要求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全国中小企业股份转让系统有限责任公司的书面许可与《非经营性互联网信息服务备案核准》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小程序直播场景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金融产品视频客服理赔、金融产品推广直播等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类目适用范围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适用于提供港股、美股行情资讯、行情分析等服务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资质要求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《非经营性互联网信息服务备案核准》﻿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小程序直播场景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汽车预售、汽车推广类直播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类目适用范围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适用于提供汽车在线预付款、购买购车优惠券/代金券等服务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资质要求（3选1）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﻿1.汽车厂商：《营业执照》与《工信部道路机动车辆生产企业准入许可》2.汽车经销商/4s店：《营业执照》与《厂商授权销售文件》与《工信部道路机动车辆生产企业准入许可》3.下属子/分公司：《营业执照》与《工信部道路机动车辆生产企业准入许可》与《股权关系证明函》（含双方盖章﻿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小程序直播场景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为多方提供电话会议/视频会议等服务；智能家居场景下控制摄像头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类目适用范围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适用于提供音视频设备、信息技术设备、电信终端设备等线下硬件在线销售及服务。\仅适用于为多方提供电话会议/视频会议等服务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资质要求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﻿《中国国家强制性产品认证证书》﻿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﻿﻿﻿﻿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《增值电信业务经营许可证》（业务范围需含"国内多方通信服务业务"）﻿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小程序直播场景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房地产营销直播服务、在线音视频带看等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类目适用范围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适用于房地产开发商提供购房意向款、优惠券、权益券等营销活动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资质要求（3选1）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1.《商品房预售许可证》2.《商品房销售许可证》3.《商品房现售备案证明》﻿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微信观看小程序webview 类目申请资质要求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