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utils/timeFormat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utils/timeFormat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formatTime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limit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utils/timeFormat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