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type/vod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type/vod</w:t>
      </w:r>
    </w:p>
    <w:p>
      <w:pPr>
        <w:pStyle w:val="Heading1"/>
      </w:pPr>
      <w:r>
        <w:t>Interfaces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VodSetting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type/vod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