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type/common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type/common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UniversalParams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type/common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