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useTimeStore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store/time-store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useTimeStore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useTimeStore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useTimeStore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