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store/player-store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store/player-store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usePlayerStore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store/player-store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