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store/lang-store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store/lang-store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useLangStore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store/lang-store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