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store/control-store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store/control-store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useControlStore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store/control-store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