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plv-live-player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plv-live-player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plv-live-player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