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export=()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modules/super-miniprogram/tool/rfdc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export=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export=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opts</w:t>
      </w:r>
      <w:r>
        <w:rPr>
          <w:rFonts w:ascii="Source Han Sans SC" w:hAnsi="Source Han Sans SC" w:eastAsia="Source Han Sans SC" w:cs="Source Han Sans SC" w:hint="eastAsia"/>
          <w:sz w:val="20"/>
        </w:rPr>
        <w:t>): (</w:t>
      </w:r>
      <w:r>
        <w:rPr>
          <w:rFonts w:ascii="Menlo" w:hAnsi="Menlo"/>
          <w:color w:val="444444"/>
          <w:sz w:val="19"/>
        </w:rPr>
        <w:t>o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refs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refsNew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any</w:t>
      </w:r>
    </w:p>
    <w:p>
      <w:pPr>
        <w:pStyle w:val="Heading1"/>
      </w:pPr>
      <w:r>
        <w:t>Parameters</w:t>
      </w:r>
    </w:p>
    <w:p>
      <w:pPr>
        <w:pStyle w:val="Heading2"/>
      </w:pPr>
      <w:r>
        <w:t>opts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Returns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refs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refsNew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any</w:t>
      </w:r>
    </w:p>
    <w:p>
      <w:pPr>
        <w:pStyle w:val="Heading2"/>
      </w:pPr>
      <w:r>
        <w:t>Parameters</w:t>
      </w:r>
    </w:p>
    <w:p>
      <w:pPr>
        <w:pStyle w:val="Heading3"/>
      </w:pPr>
      <w:r>
        <w:t>o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3"/>
      </w:pPr>
      <w:r>
        <w:t>refs</w:t>
      </w:r>
    </w:p>
    <w:p>
      <w:r>
        <w:rPr>
          <w:rFonts w:ascii="Menlo" w:hAnsi="Menlo"/>
          <w:color w:val="444444"/>
          <w:sz w:val="20"/>
        </w:rPr>
        <w:t>any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[] = </w:t>
      </w:r>
      <w:r>
        <w:rPr>
          <w:rFonts w:ascii="Menlo" w:hAnsi="Menlo"/>
          <w:color w:val="444444"/>
          <w:sz w:val="20"/>
        </w:rPr>
        <w:t>[]</w:t>
      </w:r>
    </w:p>
    <w:p>
      <w:pPr>
        <w:pStyle w:val="Heading3"/>
      </w:pPr>
      <w:r>
        <w:t>refsNew</w:t>
      </w:r>
    </w:p>
    <w:p>
      <w:r>
        <w:rPr>
          <w:rFonts w:ascii="Menlo" w:hAnsi="Menlo"/>
          <w:color w:val="444444"/>
          <w:sz w:val="20"/>
        </w:rPr>
        <w:t>any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[] = </w:t>
      </w:r>
      <w:r>
        <w:rPr>
          <w:rFonts w:ascii="Menlo" w:hAnsi="Menlo"/>
          <w:color w:val="444444"/>
          <w:sz w:val="20"/>
        </w:rPr>
        <w:t>[]</w:t>
      </w:r>
    </w:p>
    <w:p>
      <w:pPr>
        <w:pStyle w:val="Heading2"/>
      </w:pPr>
      <w:r>
        <w:t>Returns</w:t>
      </w:r>
    </w:p>
    <w:p>
      <w:r>
        <w:rPr>
          <w:rFonts w:ascii="Menlo" w:hAnsi="Menlo"/>
          <w:color w:val="444444"/>
          <w:sz w:val="20"/>
        </w:rPr>
        <w:t>any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export=()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