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default()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modules/super-miniprogram/tool/rfdc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default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default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opts?</w:t>
      </w:r>
      <w:r>
        <w:rPr>
          <w:rFonts w:ascii="Source Han Sans SC" w:hAnsi="Source Han Sans SC" w:eastAsia="Source Han Sans SC" w:cs="Source Han Sans SC" w:hint="eastAsia"/>
          <w:sz w:val="20"/>
        </w:rPr>
        <w:t>): \(</w:t>
      </w:r>
      <w:r>
        <w:rPr>
          <w:rFonts w:ascii="Menlo" w:hAnsi="Menlo"/>
          <w:color w:val="444444"/>
          <w:sz w:val="19"/>
        </w:rPr>
        <w:t>obj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Really Fast Deep Clone</w:t>
      </w:r>
    </w:p>
    <w:p>
      <w:pPr>
        <w:pStyle w:val="Heading2"/>
      </w:pPr>
      <w:r>
        <w:t>Types</w:t>
      </w:r>
    </w:p>
    <w:p>
      <w:r>
        <w:rPr>
          <w:rFonts w:ascii="Menlo" w:hAnsi="Menlo"/>
          <w:color w:val="444444"/>
          <w:sz w:val="20"/>
        </w:rPr>
        <w:t>rdfc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clones all JSON types: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Object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Array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Number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String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null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With additional support for: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(copied)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undefined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(copied)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Function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(referenced)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AsyncFunction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(referenced)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GeneratorFunction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(referenced)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arguments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(copied to a normal object)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All other types have output values that match the output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of </w:t>
      </w:r>
      <w:r>
        <w:rPr>
          <w:rFonts w:ascii="Menlo" w:hAnsi="Menlo"/>
          <w:color w:val="444444"/>
          <w:sz w:val="20"/>
        </w:rPr>
        <w:t>JSON.parse(JSON.stringify(o))</w:t>
      </w:r>
      <w:r>
        <w:rPr>
          <w:rFonts w:ascii="Source Han Sans SC" w:hAnsi="Source Han Sans SC" w:eastAsia="Source Han Sans SC" w:cs="Source Han Sans SC" w:hint="eastAsia"/>
          <w:sz w:val="21"/>
        </w:rPr>
        <w:t>.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For instance: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rdfc = require('rdfc')()</w:t>
        <w:br/>
        <w:t>const err = Error()</w:t>
        <w:br/>
        <w:t>err.code = 1</w:t>
        <w:br/>
        <w:t>JSON.parse(JSON.stringify(e)) // {code: 1}</w:t>
        <w:br/>
        <w:t>rdfc(e) // {code: 1}</w:t>
        <w:br/>
        <w:br/>
        <w:t>JSON.parse(JSON.stringify(new Uint8Array([1, 2, 3]))) //  {'0': 1, '1': 2, '2': 3 }</w:t>
        <w:br/>
        <w:t>rdfc(new Uint8Array([1, 2, 3])) //  {'0': 1, '1': 2, '2': 3 }</w:t>
        <w:br/>
        <w:br/>
        <w:t>JSON.parse(JSON.stringify({rx: /foo/})) // {rx: {}}</w:t>
        <w:br/>
        <w:t>rdfc({rx: /foo/}) // {rx: {}}</w:t>
      </w:r>
    </w:p>
    <w:p>
      <w:pPr>
        <w:pStyle w:val="Heading1"/>
      </w:pPr>
      <w:r>
        <w:t>Parameters</w:t>
      </w:r>
    </w:p>
    <w:p>
      <w:pPr>
        <w:pStyle w:val="Heading2"/>
      </w:pPr>
      <w:r>
        <w:t>opts?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`Options`</w:t>
      </w:r>
    </w:p>
    <w:p>
      <w:pPr>
        <w:pStyle w:val="Heading1"/>
      </w:pPr>
      <w:r>
        <w:t>Returns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\(</w:t>
      </w:r>
      <w:r>
        <w:rPr>
          <w:rFonts w:ascii="Menlo" w:hAnsi="Menlo"/>
          <w:color w:val="444444"/>
          <w:sz w:val="19"/>
        </w:rPr>
        <w:t>obj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T</w:t>
      </w:r>
    </w:p>
    <w:p>
      <w:pPr>
        <w:pStyle w:val="Heading2"/>
      </w:pPr>
      <w:r>
        <w:t>Type Parameters</w:t>
      </w:r>
    </w:p>
    <w:p>
      <w:pPr>
        <w:pStyle w:val="Heading3"/>
      </w:pPr>
      <w:r>
        <w:t>T</w:t>
      </w:r>
    </w:p>
    <w:p>
      <w:r>
        <w:rPr>
          <w:rFonts w:ascii="Menlo" w:hAnsi="Menlo"/>
          <w:color w:val="444444"/>
          <w:sz w:val="20"/>
        </w:rPr>
        <w:t>T</w:t>
      </w:r>
    </w:p>
    <w:p>
      <w:pPr>
        <w:pStyle w:val="Heading2"/>
      </w:pPr>
      <w:r>
        <w:t>Parameters</w:t>
      </w:r>
    </w:p>
    <w:p>
      <w:pPr>
        <w:pStyle w:val="Heading3"/>
      </w:pPr>
      <w:r>
        <w:t>obj</w:t>
      </w:r>
    </w:p>
    <w:p>
      <w:r>
        <w:rPr>
          <w:rFonts w:ascii="Menlo" w:hAnsi="Menlo"/>
          <w:color w:val="444444"/>
          <w:sz w:val="20"/>
        </w:rPr>
        <w:t>T</w:t>
      </w:r>
    </w:p>
    <w:p>
      <w:pPr>
        <w:pStyle w:val="Heading2"/>
      </w:pPr>
      <w:r>
        <w:t>Returns</w:t>
      </w:r>
    </w:p>
    <w:p>
      <w:r>
        <w:rPr>
          <w:rFonts w:ascii="Menlo" w:hAnsi="Menlo"/>
          <w:color w:val="444444"/>
          <w:sz w:val="20"/>
        </w:rPr>
        <w:t>T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default()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