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modules/super-miniprogram/tool/rfdc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modules/super-miniprogram/tool/rfdc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export=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modules/super-miniprogram/tool/rfdc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