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Class: export=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export=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Minimal </w:t>
      </w:r>
      <w:r>
        <w:rPr>
          <w:rFonts w:ascii="Menlo" w:hAnsi="Menlo"/>
          <w:color w:val="444444"/>
          <w:sz w:val="20"/>
        </w:rPr>
        <w:t>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interface that is molded against the Node.js</w:t>
      </w:r>
    </w:p>
    <w:p>
      <w:r>
        <w:rPr>
          <w:rFonts w:ascii="Menlo" w:hAnsi="Menlo"/>
          <w:color w:val="444444"/>
          <w:sz w:val="20"/>
        </w:rPr>
        <w:t>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interface.</w:t>
      </w:r>
    </w:p>
    <w:p>
      <w:pPr>
        <w:pStyle w:val="Heading1"/>
      </w:pPr>
      <w:r>
        <w:t>Constructors</w:t>
      </w:r>
    </w:p>
    <w:p>
      <w:pPr>
        <w:pStyle w:val="Heading2"/>
      </w:pPr>
      <w:r>
        <w:t>Constructor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new export=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Menlo" w:hAnsi="Menlo"/>
          <w:color w:val="444444"/>
          <w:sz w:val="19"/>
        </w:rPr>
        <w:t>EventEmitter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Minimal </w:t>
      </w:r>
      <w:r>
        <w:rPr>
          <w:rFonts w:ascii="Menlo" w:hAnsi="Menlo"/>
          <w:color w:val="444444"/>
          <w:sz w:val="20"/>
        </w:rPr>
        <w:t>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interface that is molded against the Node.js</w:t>
      </w:r>
    </w:p>
    <w:p>
      <w:r>
        <w:rPr>
          <w:rFonts w:ascii="Menlo" w:hAnsi="Menlo"/>
          <w:color w:val="444444"/>
          <w:sz w:val="20"/>
        </w:rPr>
        <w:t>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interface.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EventEmitter</w:t>
      </w:r>
    </w:p>
    <w:p>
      <w:pPr>
        <w:pStyle w:val="Heading1"/>
      </w:pPr>
      <w:r>
        <w:t>Properties</w:t>
      </w:r>
    </w:p>
    <w:p>
      <w:pPr>
        <w:pStyle w:val="Heading2"/>
      </w:pPr>
      <w:r>
        <w:t>\_events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\_events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Events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\_eventsCount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\_eventsCount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addListener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addListener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any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off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off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any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EventEmitter</w:t>
      </w:r>
    </w:p>
    <w:p>
      <w:pPr>
        <w:ind w:left="283"/>
      </w:pPr>
      <w:r>
        <w:rPr>
          <w:rFonts w:ascii="Menlo" w:hAnsi="Menlo"/>
          <w:color w:val="444444"/>
          <w:sz w:val="19"/>
        </w:rPr>
        <w:t>static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EventEmitter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*typeof* </w:t>
      </w:r>
      <w:r>
        <w:rPr>
          <w:rFonts w:ascii="Menlo" w:hAnsi="Menlo"/>
          <w:color w:val="444444"/>
          <w:sz w:val="19"/>
        </w:rPr>
        <w:t>EventEmitter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prefixed</w:t>
      </w:r>
    </w:p>
    <w:p>
      <w:pPr>
        <w:ind w:left="283"/>
      </w:pPr>
      <w:r>
        <w:rPr>
          <w:rFonts w:ascii="Menlo" w:hAnsi="Menlo"/>
          <w:color w:val="444444"/>
          <w:sz w:val="19"/>
        </w:rPr>
        <w:t>static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prefixed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pPr>
        <w:pStyle w:val="Heading1"/>
      </w:pPr>
      <w:r>
        <w:t>Methods</w:t>
      </w:r>
    </w:p>
    <w:p>
      <w:pPr>
        <w:pStyle w:val="Heading2"/>
      </w:pPr>
      <w:r>
        <w:t>emit()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emit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a1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a2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a3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a4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a5</w:t>
      </w:r>
      <w:r>
        <w:rPr>
          <w:rFonts w:ascii="Source Han Sans SC" w:hAnsi="Source Han Sans SC" w:eastAsia="Source Han Sans SC" w:cs="Source Han Sans SC" w:hint="eastAsia"/>
          <w:sz w:val="20"/>
        </w:rPr>
        <w:t>, ...</w:t>
      </w:r>
      <w:r>
        <w:rPr>
          <w:rFonts w:ascii="Menlo" w:hAnsi="Menlo"/>
          <w:color w:val="444444"/>
          <w:sz w:val="19"/>
        </w:rPr>
        <w:t>args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Calls each of the listeners registered for a given event.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event name.</w:t>
      </w:r>
    </w:p>
    <w:p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a1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a2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a3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a4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a5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args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...</w:t>
      </w:r>
      <w:r>
        <w:rPr>
          <w:rFonts w:ascii="Menlo" w:hAnsi="Menlo"/>
          <w:color w:val="444444"/>
          <w:sz w:val="20"/>
        </w:rPr>
        <w:t>any</w:t>
      </w:r>
      <w:r>
        <w:rPr>
          <w:rFonts w:ascii="Source Han Sans SC" w:hAnsi="Source Han Sans SC" w:eastAsia="Source Han Sans SC" w:cs="Source Han Sans SC" w:hint="eastAsia"/>
          <w:sz w:val="21"/>
        </w:rPr>
        <w:t>[]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boolean</w:t>
      </w:r>
    </w:p>
    <w:p>
      <w:r>
        <w:rPr>
          <w:rFonts w:ascii="Menlo" w:hAnsi="Menlo"/>
          <w:color w:val="444444"/>
          <w:sz w:val="20"/>
        </w:rPr>
        <w:t>true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if the event had listeners, else </w:t>
      </w:r>
      <w:r>
        <w:rPr>
          <w:rFonts w:ascii="Menlo" w:hAnsi="Menlo"/>
          <w:color w:val="444444"/>
          <w:sz w:val="20"/>
        </w:rPr>
        <w:t>false</w:t>
      </w:r>
      <w:r>
        <w:rPr>
          <w:rFonts w:ascii="Source Han Sans SC" w:hAnsi="Source Han Sans SC" w:eastAsia="Source Han Sans SC" w:cs="Source Han Sans SC" w:hint="eastAsia"/>
          <w:sz w:val="21"/>
        </w:rPr>
        <w:t>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eventNames()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eventNames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Menlo" w:hAnsi="Menlo"/>
          <w:color w:val="444444"/>
          <w:sz w:val="19"/>
        </w:rPr>
        <w:t>any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an array listing the events for which the emitter has registered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listeners.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any</w:t>
      </w:r>
      <w:r>
        <w:rPr>
          <w:rFonts w:ascii="Source Han Sans SC" w:hAnsi="Source Han Sans SC" w:eastAsia="Source Han Sans SC" w:cs="Source Han Sans SC" w:hint="eastAsia"/>
          <w:sz w:val="21"/>
        </w:rPr>
        <w:t>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listenerCount()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listenerCount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the number of listeners listening to a given event.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event name.</w:t>
      </w:r>
    </w:p>
    <w:p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number of listeners.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listeners()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listeners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any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the listeners registered for a given event.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event name.</w:t>
      </w:r>
    </w:p>
    <w:p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any</w:t>
      </w:r>
      <w:r>
        <w:rPr>
          <w:rFonts w:ascii="Source Han Sans SC" w:hAnsi="Source Han Sans SC" w:eastAsia="Source Han Sans SC" w:cs="Source Han Sans SC" w:hint="eastAsia"/>
          <w:sz w:val="21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registered listeners.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on()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on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fn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context?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EventEmitter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Add a listener for a given event.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event name.</w:t>
      </w:r>
    </w:p>
    <w:p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fn</w:t>
      </w:r>
    </w:p>
    <w:p>
      <w:r>
        <w:rPr>
          <w:rFonts w:ascii="Menlo" w:hAnsi="Menlo"/>
          <w:color w:val="444444"/>
          <w:sz w:val="20"/>
        </w:rPr>
        <w:t>Function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listener function.</w:t>
      </w:r>
    </w:p>
    <w:p>
      <w:pPr>
        <w:pStyle w:val="Heading3"/>
      </w:pPr>
      <w:r>
        <w:t>context?</w:t>
      </w:r>
    </w:p>
    <w:p>
      <w:r>
        <w:rPr>
          <w:rFonts w:ascii="Menlo" w:hAnsi="Menlo"/>
          <w:color w:val="444444"/>
          <w:sz w:val="20"/>
        </w:rPr>
        <w:t>any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context to invoke the listener with.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EventEmitter</w:t>
      </w:r>
    </w:p>
    <w:p>
      <w:r>
        <w:rPr>
          <w:rFonts w:ascii="Menlo" w:hAnsi="Menlo"/>
          <w:color w:val="444444"/>
          <w:sz w:val="20"/>
        </w:rPr>
        <w:t>this</w:t>
      </w:r>
      <w:r>
        <w:rPr>
          <w:rFonts w:ascii="Source Han Sans SC" w:hAnsi="Source Han Sans SC" w:eastAsia="Source Han Sans SC" w:cs="Source Han Sans SC" w:hint="eastAsia"/>
          <w:sz w:val="21"/>
        </w:rPr>
        <w:t>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once()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once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fn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context?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EventEmitter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Add a one-time listener for a given event.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event name.</w:t>
      </w:r>
    </w:p>
    <w:p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fn</w:t>
      </w:r>
    </w:p>
    <w:p>
      <w:r>
        <w:rPr>
          <w:rFonts w:ascii="Menlo" w:hAnsi="Menlo"/>
          <w:color w:val="444444"/>
          <w:sz w:val="20"/>
        </w:rPr>
        <w:t>Function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listener function.</w:t>
      </w:r>
    </w:p>
    <w:p>
      <w:pPr>
        <w:pStyle w:val="Heading3"/>
      </w:pPr>
      <w:r>
        <w:t>context?</w:t>
      </w:r>
    </w:p>
    <w:p>
      <w:r>
        <w:rPr>
          <w:rFonts w:ascii="Menlo" w:hAnsi="Menlo"/>
          <w:color w:val="444444"/>
          <w:sz w:val="20"/>
        </w:rPr>
        <w:t>any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context to invoke the listener with.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EventEmitter</w:t>
      </w:r>
    </w:p>
    <w:p>
      <w:r>
        <w:rPr>
          <w:rFonts w:ascii="Menlo" w:hAnsi="Menlo"/>
          <w:color w:val="444444"/>
          <w:sz w:val="20"/>
        </w:rPr>
        <w:t>this</w:t>
      </w:r>
      <w:r>
        <w:rPr>
          <w:rFonts w:ascii="Source Han Sans SC" w:hAnsi="Source Han Sans SC" w:eastAsia="Source Han Sans SC" w:cs="Source Han Sans SC" w:hint="eastAsia"/>
          <w:sz w:val="21"/>
        </w:rPr>
        <w:t>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removeAllListeners()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removeAllListeners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event?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EventEmitter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Remove all listeners, or those of the specified event.</w:t>
      </w:r>
    </w:p>
    <w:p>
      <w:pPr>
        <w:pStyle w:val="Heading3"/>
      </w:pPr>
      <w:r>
        <w:t>Parameters</w:t>
      </w:r>
    </w:p>
    <w:p>
      <w:pPr>
        <w:pStyle w:val="Heading3"/>
      </w:pPr>
      <w:r>
        <w:t>event?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event name.</w:t>
      </w:r>
    </w:p>
    <w:p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EventEmitter</w:t>
      </w:r>
    </w:p>
    <w:p>
      <w:r>
        <w:rPr>
          <w:rFonts w:ascii="Menlo" w:hAnsi="Menlo"/>
          <w:color w:val="444444"/>
          <w:sz w:val="20"/>
        </w:rPr>
        <w:t>this</w:t>
      </w:r>
      <w:r>
        <w:rPr>
          <w:rFonts w:ascii="Source Han Sans SC" w:hAnsi="Source Han Sans SC" w:eastAsia="Source Han Sans SC" w:cs="Source Han Sans SC" w:hint="eastAsia"/>
          <w:sz w:val="21"/>
        </w:rPr>
        <w:t>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removeListener()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removeListener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fn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context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once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EventEmitter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Remove the listeners of a given event.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The event name.</w:t>
      </w:r>
    </w:p>
    <w:p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 </w:t>
      </w:r>
      <w:r>
        <w:rPr>
          <w:rFonts w:ascii="Menlo" w:hAnsi="Menlo"/>
          <w:color w:val="444444"/>
          <w:sz w:val="20"/>
        </w:rPr>
        <w:t>Symbol</w:t>
      </w:r>
    </w:p>
    <w:p>
      <w:pPr>
        <w:pStyle w:val="Heading3"/>
      </w:pPr>
      <w:r>
        <w:t>fn</w:t>
      </w:r>
    </w:p>
    <w:p>
      <w:r>
        <w:rPr>
          <w:rFonts w:ascii="Menlo" w:hAnsi="Menlo"/>
          <w:color w:val="444444"/>
          <w:sz w:val="20"/>
        </w:rPr>
        <w:t>Function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Only remove the listeners that match this function.</w:t>
      </w:r>
    </w:p>
    <w:p>
      <w:pPr>
        <w:pStyle w:val="Heading3"/>
      </w:pPr>
      <w:r>
        <w:t>context</w:t>
      </w:r>
    </w:p>
    <w:p>
      <w:r>
        <w:rPr>
          <w:rFonts w:ascii="Menlo" w:hAnsi="Menlo"/>
          <w:color w:val="444444"/>
          <w:sz w:val="20"/>
        </w:rPr>
        <w:t>any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Only remove the listeners that have this context.</w:t>
      </w:r>
    </w:p>
    <w:p>
      <w:pPr>
        <w:pStyle w:val="Heading3"/>
      </w:pPr>
      <w:r>
        <w:t>once</w:t>
      </w:r>
    </w:p>
    <w:p>
      <w:r>
        <w:rPr>
          <w:rFonts w:ascii="Menlo" w:hAnsi="Menlo"/>
          <w:color w:val="444444"/>
          <w:sz w:val="20"/>
        </w:rPr>
        <w:t>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Only remove one-time listeners.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EventEmitter</w:t>
      </w:r>
    </w:p>
    <w:p>
      <w:r>
        <w:rPr>
          <w:rFonts w:ascii="Menlo" w:hAnsi="Menlo"/>
          <w:color w:val="444444"/>
          <w:sz w:val="20"/>
        </w:rPr>
        <w:t>this</w:t>
      </w:r>
      <w:r>
        <w:rPr>
          <w:rFonts w:ascii="Source Han Sans SC" w:hAnsi="Source Han Sans SC" w:eastAsia="Source Han Sans SC" w:cs="Source Han Sans SC" w:hint="eastAsia"/>
          <w:sz w:val="21"/>
        </w:rPr>
        <w:t>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Class: export=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