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SuperComponentOptions()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SuperComponentOptions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SuperComponentOptions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SuperComponentOptions()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