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SuperComponent()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SuperComponent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SuperComponent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string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SuperComponent()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