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useSetupExternalClasses()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modules/super-miniprogram/super/others/external-classes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useSetupExternalClasses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useSetupExternalClasses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</w:p>
    <w:p>
      <w:pPr>
        <w:pStyle w:val="Heading2"/>
      </w:pPr>
      <w:r>
        <w:t>appOptions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useSetupExternalClasses()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