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store/util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store/utils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reateStateKey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tupleDefinitio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store/util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