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modules/super-miniprogram/store/setup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modules/super-miniprogram/store/setup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useSetupStore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modules/super-miniprogram/store/setup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