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modules/super-miniprogram/store/define-store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modules/super-miniprogram/store/define-store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defineStore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modules/super-miniprogram/store/define-store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