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string()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string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\()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string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string()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