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number()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number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\()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Menlo" w:hAnsi="Menlo"/>
          <w:color w:val="444444"/>
          <w:sz w:val="20"/>
        </w:rPr>
        <w:t>number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number()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