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bool()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bool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bool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() =&gt;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bool()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