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array()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array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array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\()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array()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