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object()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modules/super-miniprogram/prop-utils/native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object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object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(): 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0"/>
        </w:rPr>
        <w:t>\</w:t>
      </w:r>
    </w:p>
    <w:p>
      <w:pPr>
        <w:pStyle w:val="Heading1"/>
      </w:pPr>
      <w:r>
        <w:t>Returns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`TypeBasicDef`</w:t>
      </w:r>
      <w:r>
        <w:rPr>
          <w:rFonts w:ascii="Source Han Sans SC" w:hAnsi="Source Han Sans SC" w:eastAsia="Source Han Sans SC" w:cs="Source Han Sans SC" w:hint="eastAsia"/>
          <w:sz w:val="21"/>
        </w:rPr>
        <w:t>\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object()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