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array()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modules/super-miniprogram/prop-utils/native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array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array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():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`TypeBasicDef`</w:t>
      </w:r>
      <w:r>
        <w:rPr>
          <w:rFonts w:ascii="Source Han Sans SC" w:hAnsi="Source Han Sans SC" w:eastAsia="Source Han Sans SC" w:cs="Source Han Sans SC" w:hint="eastAsia"/>
          <w:sz w:val="20"/>
        </w:rPr>
        <w:t>\</w:t>
      </w:r>
    </w:p>
    <w:p>
      <w:pPr>
        <w:pStyle w:val="Heading1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`TypeBasicDef`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array()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