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modules/super-miniprogram/prop-utils/native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modules/super-miniprogram/prop-utils/native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array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bool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customType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number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object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oneOf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string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modules/super-miniprogram/prop-utils/native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