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useSetupLang()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modules/super-miniprogram/lang/setup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useSetupLang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useSetupLang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`DefineSuperOptions`</w:t>
      </w:r>
    </w:p>
    <w:p>
      <w:pPr>
        <w:pStyle w:val="Heading2"/>
      </w:pPr>
      <w:r>
        <w:t>appOptions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`CreateSuperAppOptions`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useSetupLang()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