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lang/setup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lang/setup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SetupLa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lang/setup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