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lang/setup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lang/setup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La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lang/setup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