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modules/super-miniprogram/inject-data/setup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modules/super-miniprogram/inject-data/setup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useSetupInjectGlobalData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modules/super-miniprogram/inject-data/setup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