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useSetupShare()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modules/super-miniprogram/global/super-options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useSetupShare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useSetupShare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`DefineSuperOptions`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useSetupShare()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